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JAT 作曲者・曲名入力例　ABC順マスター案</w:t>
      </w:r>
    </w:p>
    <w:p>
      <w:pPr>
        <w:jc w:val="center"/>
      </w:pPr>
      <w:r>
        <w:rPr>
          <w:sz w:val="20"/>
        </w:rPr>
        <w:t>原語表記第一／必要に応じて英語・欧文慣用表記を併記</w:t>
      </w:r>
    </w:p>
    <w:p>
      <w:r>
        <w:rPr>
          <w:sz w:val="17"/>
        </w:rPr>
        <w:t>方針：作曲者名・曲名は、可能な限り作曲者の母国語または出版譜で標準的に用いられる原語表記を第一とする。ロシア語など非ラテン文字の作品は、参加者・審査員・事務局の照合を容易にするため、原語表記の後に英語または欧文慣用表記を併記する。参加者には、この表からコピーして入力することを推奨する。</w:t>
      </w:r>
    </w:p>
    <w:tbl>
      <w:tblPr>
        <w:tblStyle w:val="TableGrid"/>
        <w:tblW w:type="auto" w:w="0"/>
        <w:jc w:val="center"/>
        <w:tblLook w:firstColumn="1" w:firstRow="1" w:lastColumn="0" w:lastRow="0" w:noHBand="0" w:noVBand="1" w:val="04A0"/>
      </w:tblPr>
      <w:tblGrid>
        <w:gridCol w:w="3118"/>
        <w:gridCol w:w="3118"/>
        <w:gridCol w:w="3118"/>
        <w:gridCol w:w="3118"/>
        <w:gridCol w:w="3118"/>
      </w:tblGrid>
      <w:tr>
        <w:trPr>
          <w:tblHeader w:val="true"/>
        </w:trPr>
        <w:tc>
          <w:tcPr>
            <w:tcW w:type="dxa" w:w="1814"/>
            <w:shd w:fill="D9EAF7"/>
          </w:tcPr>
          <w:p>
            <w:pPr>
              <w:jc w:val="center"/>
            </w:pPr>
            <w:r>
              <w:rPr>
                <w:b/>
                <w:sz w:val="14"/>
              </w:rPr>
              <w:t>作曲家（姓→名・ABC順）</w:t>
            </w:r>
          </w:p>
        </w:tc>
        <w:tc>
          <w:tcPr>
            <w:tcW w:type="dxa" w:w="3175"/>
            <w:shd w:fill="D9EAF7"/>
          </w:tcPr>
          <w:p>
            <w:pPr>
              <w:jc w:val="center"/>
            </w:pPr>
            <w:r>
              <w:rPr>
                <w:b/>
                <w:sz w:val="14"/>
              </w:rPr>
              <w:t>作曲者入力例（原語＋欧文慣用表記）</w:t>
            </w:r>
          </w:p>
        </w:tc>
        <w:tc>
          <w:tcPr>
            <w:tcW w:type="dxa" w:w="1587"/>
            <w:shd w:fill="D9EAF7"/>
          </w:tcPr>
          <w:p>
            <w:pPr>
              <w:jc w:val="center"/>
            </w:pPr>
            <w:r>
              <w:rPr>
                <w:b/>
                <w:sz w:val="14"/>
              </w:rPr>
              <w:t>作曲者カタカナ</w:t>
            </w:r>
          </w:p>
        </w:tc>
        <w:tc>
          <w:tcPr>
            <w:tcW w:type="dxa" w:w="6066"/>
            <w:shd w:fill="D9EAF7"/>
          </w:tcPr>
          <w:p>
            <w:pPr>
              <w:jc w:val="center"/>
            </w:pPr>
            <w:r>
              <w:rPr>
                <w:b/>
                <w:sz w:val="14"/>
              </w:rPr>
              <w:t>曲名入力例（原語＋欧文慣用表記）</w:t>
            </w:r>
          </w:p>
        </w:tc>
        <w:tc>
          <w:tcPr>
            <w:tcW w:type="dxa" w:w="2835"/>
            <w:shd w:fill="D9EAF7"/>
          </w:tcPr>
          <w:p>
            <w:pPr>
              <w:jc w:val="center"/>
            </w:pPr>
            <w:r>
              <w:rPr>
                <w:b/>
                <w:sz w:val="14"/>
              </w:rPr>
              <w:t>曲名日本語</w:t>
            </w:r>
          </w:p>
        </w:tc>
      </w:tr>
      <w:tr>
        <w:tc>
          <w:tcPr>
            <w:tcW w:type="dxa" w:w="1814"/>
            <w:vAlign w:val="center"/>
          </w:tcPr>
          <w:p>
            <w:pPr>
              <w:spacing w:after="0" w:before="0"/>
            </w:pPr>
            <w:r>
              <w:rPr>
                <w:rFonts w:ascii="Yu Mincho" w:hAnsi="Yu Mincho" w:eastAsia="Yu Mincho"/>
                <w:sz w:val="14"/>
              </w:rPr>
              <w:t>Barfield Anthony</w:t>
            </w:r>
          </w:p>
        </w:tc>
        <w:tc>
          <w:tcPr>
            <w:tcW w:type="dxa" w:w="3175"/>
            <w:vAlign w:val="center"/>
          </w:tcPr>
          <w:p>
            <w:pPr>
              <w:spacing w:after="0" w:before="0"/>
            </w:pPr>
            <w:r>
              <w:rPr>
                <w:rFonts w:ascii="Yu Mincho" w:hAnsi="Yu Mincho" w:eastAsia="Yu Mincho"/>
                <w:sz w:val="14"/>
              </w:rPr>
              <w:t>Anthony Barfield</w:t>
            </w:r>
          </w:p>
        </w:tc>
        <w:tc>
          <w:tcPr>
            <w:tcW w:type="dxa" w:w="1587"/>
            <w:vAlign w:val="center"/>
          </w:tcPr>
          <w:p>
            <w:pPr>
              <w:spacing w:after="0" w:before="0"/>
            </w:pPr>
            <w:r>
              <w:rPr>
                <w:rFonts w:ascii="Yu Mincho" w:hAnsi="Yu Mincho" w:eastAsia="Yu Mincho"/>
                <w:sz w:val="14"/>
              </w:rPr>
              <w:t>A. バーフィールド</w:t>
            </w:r>
          </w:p>
        </w:tc>
        <w:tc>
          <w:tcPr>
            <w:tcW w:type="dxa" w:w="6066"/>
            <w:vAlign w:val="center"/>
          </w:tcPr>
          <w:p>
            <w:pPr>
              <w:spacing w:after="0" w:before="0"/>
            </w:pPr>
            <w:r>
              <w:rPr>
                <w:rFonts w:ascii="Yu Mincho" w:hAnsi="Yu Mincho" w:eastAsia="Yu Mincho"/>
                <w:sz w:val="14"/>
              </w:rPr>
              <w:t>Meditations of Sound and Light</w:t>
            </w:r>
          </w:p>
        </w:tc>
        <w:tc>
          <w:tcPr>
            <w:tcW w:type="dxa" w:w="2835"/>
            <w:vAlign w:val="center"/>
          </w:tcPr>
          <w:p>
            <w:pPr>
              <w:spacing w:after="0" w:before="0"/>
            </w:pPr>
            <w:r>
              <w:rPr>
                <w:rFonts w:ascii="Yu Mincho" w:hAnsi="Yu Mincho" w:eastAsia="Yu Mincho"/>
                <w:sz w:val="14"/>
              </w:rPr>
              <w:t>音と光の瞑想</w:t>
            </w:r>
          </w:p>
        </w:tc>
      </w:tr>
      <w:tr>
        <w:tc>
          <w:tcPr>
            <w:tcW w:type="dxa" w:w="1814"/>
            <w:vAlign w:val="center"/>
          </w:tcPr>
          <w:p>
            <w:pPr>
              <w:spacing w:after="0" w:before="0"/>
            </w:pPr>
            <w:r>
              <w:rPr>
                <w:rFonts w:ascii="Yu Mincho" w:hAnsi="Yu Mincho" w:eastAsia="Yu Mincho"/>
                <w:sz w:val="14"/>
              </w:rPr>
              <w:t>Blazhevich Vladislav</w:t>
            </w:r>
          </w:p>
        </w:tc>
        <w:tc>
          <w:tcPr>
            <w:tcW w:type="dxa" w:w="3175"/>
            <w:vAlign w:val="center"/>
          </w:tcPr>
          <w:p>
            <w:pPr>
              <w:spacing w:after="0" w:before="0"/>
            </w:pPr>
            <w:r>
              <w:rPr>
                <w:rFonts w:ascii="Yu Mincho" w:hAnsi="Yu Mincho" w:eastAsia="Yu Mincho"/>
                <w:sz w:val="14"/>
              </w:rPr>
              <w:t>Владислав Блажевич / Vladislav Blazhevich</w:t>
            </w:r>
          </w:p>
        </w:tc>
        <w:tc>
          <w:tcPr>
            <w:tcW w:type="dxa" w:w="1587"/>
            <w:vAlign w:val="center"/>
          </w:tcPr>
          <w:p>
            <w:pPr>
              <w:spacing w:after="0" w:before="0"/>
            </w:pPr>
            <w:r>
              <w:rPr>
                <w:rFonts w:ascii="Yu Mincho" w:hAnsi="Yu Mincho" w:eastAsia="Yu Mincho"/>
                <w:sz w:val="14"/>
              </w:rPr>
              <w:t>V. ブラジェヴィッチ</w:t>
            </w:r>
          </w:p>
        </w:tc>
        <w:tc>
          <w:tcPr>
            <w:tcW w:type="dxa" w:w="6066"/>
            <w:vAlign w:val="center"/>
          </w:tcPr>
          <w:p>
            <w:pPr>
              <w:spacing w:after="0" w:before="0"/>
            </w:pPr>
            <w:r>
              <w:rPr>
                <w:rFonts w:ascii="Yu Mincho" w:hAnsi="Yu Mincho" w:eastAsia="Yu Mincho"/>
                <w:sz w:val="14"/>
              </w:rPr>
              <w:t>Концерт № 2 / Concerto No. 2</w:t>
            </w:r>
          </w:p>
        </w:tc>
        <w:tc>
          <w:tcPr>
            <w:tcW w:type="dxa" w:w="2835"/>
            <w:vAlign w:val="center"/>
          </w:tcPr>
          <w:p>
            <w:pPr>
              <w:spacing w:after="0" w:before="0"/>
            </w:pPr>
            <w:r>
              <w:rPr>
                <w:rFonts w:ascii="Yu Mincho" w:hAnsi="Yu Mincho" w:eastAsia="Yu Mincho"/>
                <w:sz w:val="14"/>
              </w:rPr>
              <w:t>トロンボーン協奏曲 第2番</w:t>
            </w:r>
          </w:p>
        </w:tc>
      </w:tr>
      <w:tr>
        <w:tc>
          <w:tcPr>
            <w:tcW w:type="dxa" w:w="1814"/>
            <w:vAlign w:val="center"/>
          </w:tcPr>
          <w:p>
            <w:pPr>
              <w:spacing w:after="0" w:before="0"/>
            </w:pPr>
            <w:r>
              <w:rPr>
                <w:rFonts w:ascii="Yu Mincho" w:hAnsi="Yu Mincho" w:eastAsia="Yu Mincho"/>
                <w:sz w:val="14"/>
              </w:rPr>
              <w:t>Bourgeois Derek</w:t>
            </w:r>
          </w:p>
        </w:tc>
        <w:tc>
          <w:tcPr>
            <w:tcW w:type="dxa" w:w="3175"/>
            <w:vAlign w:val="center"/>
          </w:tcPr>
          <w:p>
            <w:pPr>
              <w:spacing w:after="0" w:before="0"/>
            </w:pPr>
            <w:r>
              <w:rPr>
                <w:rFonts w:ascii="Yu Mincho" w:hAnsi="Yu Mincho" w:eastAsia="Yu Mincho"/>
                <w:sz w:val="14"/>
              </w:rPr>
              <w:t>Derek Bourgeois</w:t>
            </w:r>
          </w:p>
        </w:tc>
        <w:tc>
          <w:tcPr>
            <w:tcW w:type="dxa" w:w="1587"/>
            <w:vAlign w:val="center"/>
          </w:tcPr>
          <w:p>
            <w:pPr>
              <w:spacing w:after="0" w:before="0"/>
            </w:pPr>
            <w:r>
              <w:rPr>
                <w:rFonts w:ascii="Yu Mincho" w:hAnsi="Yu Mincho" w:eastAsia="Yu Mincho"/>
                <w:sz w:val="14"/>
              </w:rPr>
              <w:t>D. ブルジョワ</w:t>
            </w:r>
          </w:p>
        </w:tc>
        <w:tc>
          <w:tcPr>
            <w:tcW w:type="dxa" w:w="6066"/>
            <w:vAlign w:val="center"/>
          </w:tcPr>
          <w:p>
            <w:pPr>
              <w:spacing w:after="0" w:before="0"/>
            </w:pPr>
            <w:r>
              <w:rPr>
                <w:rFonts w:ascii="Yu Mincho" w:hAnsi="Yu Mincho" w:eastAsia="Yu Mincho"/>
                <w:sz w:val="14"/>
              </w:rPr>
              <w:t>Concerto for Bass Trombone</w:t>
            </w:r>
          </w:p>
        </w:tc>
        <w:tc>
          <w:tcPr>
            <w:tcW w:type="dxa" w:w="2835"/>
            <w:vAlign w:val="center"/>
          </w:tcPr>
          <w:p>
            <w:pPr>
              <w:spacing w:after="0" w:before="0"/>
            </w:pPr>
            <w:r>
              <w:rPr>
                <w:rFonts w:ascii="Yu Mincho" w:hAnsi="Yu Mincho" w:eastAsia="Yu Mincho"/>
                <w:sz w:val="14"/>
              </w:rPr>
              <w:t>バストロンボーン協奏曲</w:t>
            </w:r>
          </w:p>
        </w:tc>
      </w:tr>
      <w:tr>
        <w:tc>
          <w:tcPr>
            <w:tcW w:type="dxa" w:w="1814"/>
            <w:vAlign w:val="center"/>
          </w:tcPr>
          <w:p>
            <w:pPr>
              <w:spacing w:after="0" w:before="0"/>
            </w:pPr>
            <w:r>
              <w:rPr>
                <w:rFonts w:ascii="Yu Mincho" w:hAnsi="Yu Mincho" w:eastAsia="Yu Mincho"/>
                <w:sz w:val="14"/>
              </w:rPr>
              <w:t>Boutry Roger</w:t>
            </w:r>
          </w:p>
        </w:tc>
        <w:tc>
          <w:tcPr>
            <w:tcW w:type="dxa" w:w="3175"/>
            <w:vAlign w:val="center"/>
          </w:tcPr>
          <w:p>
            <w:pPr>
              <w:spacing w:after="0" w:before="0"/>
            </w:pPr>
            <w:r>
              <w:rPr>
                <w:rFonts w:ascii="Yu Mincho" w:hAnsi="Yu Mincho" w:eastAsia="Yu Mincho"/>
                <w:sz w:val="14"/>
              </w:rPr>
              <w:t>Roger Boutry</w:t>
            </w:r>
          </w:p>
        </w:tc>
        <w:tc>
          <w:tcPr>
            <w:tcW w:type="dxa" w:w="1587"/>
            <w:vAlign w:val="center"/>
          </w:tcPr>
          <w:p>
            <w:pPr>
              <w:spacing w:after="0" w:before="0"/>
            </w:pPr>
            <w:r>
              <w:rPr>
                <w:rFonts w:ascii="Yu Mincho" w:hAnsi="Yu Mincho" w:eastAsia="Yu Mincho"/>
                <w:sz w:val="14"/>
              </w:rPr>
              <w:t>R. ブートリー</w:t>
            </w:r>
          </w:p>
        </w:tc>
        <w:tc>
          <w:tcPr>
            <w:tcW w:type="dxa" w:w="6066"/>
            <w:vAlign w:val="center"/>
          </w:tcPr>
          <w:p>
            <w:pPr>
              <w:spacing w:after="0" w:before="0"/>
            </w:pPr>
            <w:r>
              <w:rPr>
                <w:rFonts w:ascii="Yu Mincho" w:hAnsi="Yu Mincho" w:eastAsia="Yu Mincho"/>
                <w:sz w:val="14"/>
              </w:rPr>
              <w:t>Capriccio</w:t>
            </w:r>
          </w:p>
        </w:tc>
        <w:tc>
          <w:tcPr>
            <w:tcW w:type="dxa" w:w="2835"/>
            <w:vAlign w:val="center"/>
          </w:tcPr>
          <w:p>
            <w:pPr>
              <w:spacing w:after="0" w:before="0"/>
            </w:pPr>
            <w:r>
              <w:rPr>
                <w:rFonts w:ascii="Yu Mincho" w:hAnsi="Yu Mincho" w:eastAsia="Yu Mincho"/>
                <w:sz w:val="14"/>
              </w:rPr>
              <w:t>奇想曲</w:t>
            </w:r>
          </w:p>
        </w:tc>
      </w:tr>
      <w:tr>
        <w:tc>
          <w:tcPr>
            <w:tcW w:type="dxa" w:w="1814"/>
            <w:vAlign w:val="center"/>
          </w:tcPr>
          <w:p>
            <w:pPr>
              <w:spacing w:after="0" w:before="0"/>
            </w:pPr>
            <w:r>
              <w:rPr>
                <w:rFonts w:ascii="Yu Mincho" w:hAnsi="Yu Mincho" w:eastAsia="Yu Mincho"/>
                <w:sz w:val="14"/>
              </w:rPr>
              <w:t>Bozza Eugène</w:t>
            </w:r>
          </w:p>
        </w:tc>
        <w:tc>
          <w:tcPr>
            <w:tcW w:type="dxa" w:w="3175"/>
            <w:vAlign w:val="center"/>
          </w:tcPr>
          <w:p>
            <w:pPr>
              <w:spacing w:after="0" w:before="0"/>
            </w:pPr>
            <w:r>
              <w:rPr>
                <w:rFonts w:ascii="Yu Mincho" w:hAnsi="Yu Mincho" w:eastAsia="Yu Mincho"/>
                <w:sz w:val="14"/>
              </w:rPr>
              <w:t>Eugène Bozza</w:t>
            </w:r>
          </w:p>
        </w:tc>
        <w:tc>
          <w:tcPr>
            <w:tcW w:type="dxa" w:w="1587"/>
            <w:vAlign w:val="center"/>
          </w:tcPr>
          <w:p>
            <w:pPr>
              <w:spacing w:after="0" w:before="0"/>
            </w:pPr>
            <w:r>
              <w:rPr>
                <w:rFonts w:ascii="Yu Mincho" w:hAnsi="Yu Mincho" w:eastAsia="Yu Mincho"/>
                <w:sz w:val="14"/>
              </w:rPr>
              <w:t>E. ボザ</w:t>
            </w:r>
          </w:p>
        </w:tc>
        <w:tc>
          <w:tcPr>
            <w:tcW w:type="dxa" w:w="6066"/>
            <w:vAlign w:val="center"/>
          </w:tcPr>
          <w:p>
            <w:pPr>
              <w:spacing w:after="0" w:before="0"/>
            </w:pPr>
            <w:r>
              <w:rPr>
                <w:rFonts w:ascii="Yu Mincho" w:hAnsi="Yu Mincho" w:eastAsia="Yu Mincho"/>
                <w:sz w:val="14"/>
              </w:rPr>
              <w:t>Ballade</w:t>
            </w:r>
          </w:p>
        </w:tc>
        <w:tc>
          <w:tcPr>
            <w:tcW w:type="dxa" w:w="2835"/>
            <w:vAlign w:val="center"/>
          </w:tcPr>
          <w:p>
            <w:pPr>
              <w:spacing w:after="0" w:before="0"/>
            </w:pPr>
            <w:r>
              <w:rPr>
                <w:rFonts w:ascii="Yu Mincho" w:hAnsi="Yu Mincho" w:eastAsia="Yu Mincho"/>
                <w:sz w:val="14"/>
              </w:rPr>
              <w:t>バラード</w:t>
            </w:r>
          </w:p>
        </w:tc>
      </w:tr>
      <w:tr>
        <w:tc>
          <w:tcPr>
            <w:tcW w:type="dxa" w:w="1814"/>
            <w:vAlign w:val="center"/>
          </w:tcPr>
          <w:p>
            <w:pPr>
              <w:spacing w:after="0" w:before="0"/>
            </w:pPr>
            <w:r>
              <w:rPr>
                <w:rFonts w:ascii="Yu Mincho" w:hAnsi="Yu Mincho" w:eastAsia="Yu Mincho"/>
                <w:sz w:val="14"/>
              </w:rPr>
              <w:t>Bozza Eugène</w:t>
            </w:r>
          </w:p>
        </w:tc>
        <w:tc>
          <w:tcPr>
            <w:tcW w:type="dxa" w:w="3175"/>
            <w:vAlign w:val="center"/>
          </w:tcPr>
          <w:p>
            <w:pPr>
              <w:spacing w:after="0" w:before="0"/>
            </w:pPr>
            <w:r>
              <w:rPr>
                <w:rFonts w:ascii="Yu Mincho" w:hAnsi="Yu Mincho" w:eastAsia="Yu Mincho"/>
                <w:sz w:val="14"/>
              </w:rPr>
              <w:t>Eugène Bozza</w:t>
            </w:r>
          </w:p>
        </w:tc>
        <w:tc>
          <w:tcPr>
            <w:tcW w:type="dxa" w:w="1587"/>
            <w:vAlign w:val="center"/>
          </w:tcPr>
          <w:p>
            <w:pPr>
              <w:spacing w:after="0" w:before="0"/>
            </w:pPr>
            <w:r>
              <w:rPr>
                <w:rFonts w:ascii="Yu Mincho" w:hAnsi="Yu Mincho" w:eastAsia="Yu Mincho"/>
                <w:sz w:val="14"/>
              </w:rPr>
              <w:t>E. ボザ</w:t>
            </w:r>
          </w:p>
        </w:tc>
        <w:tc>
          <w:tcPr>
            <w:tcW w:type="dxa" w:w="6066"/>
            <w:vAlign w:val="center"/>
          </w:tcPr>
          <w:p>
            <w:pPr>
              <w:spacing w:after="0" w:before="0"/>
            </w:pPr>
            <w:r>
              <w:rPr>
                <w:rFonts w:ascii="Yu Mincho" w:hAnsi="Yu Mincho" w:eastAsia="Yu Mincho"/>
                <w:sz w:val="14"/>
              </w:rPr>
              <w:t>Prélude et Allegro</w:t>
            </w:r>
          </w:p>
        </w:tc>
        <w:tc>
          <w:tcPr>
            <w:tcW w:type="dxa" w:w="2835"/>
            <w:vAlign w:val="center"/>
          </w:tcPr>
          <w:p>
            <w:pPr>
              <w:spacing w:after="0" w:before="0"/>
            </w:pPr>
            <w:r>
              <w:rPr>
                <w:rFonts w:ascii="Yu Mincho" w:hAnsi="Yu Mincho" w:eastAsia="Yu Mincho"/>
                <w:sz w:val="14"/>
              </w:rPr>
              <w:t>プレリュードとアレグロ</w:t>
            </w:r>
          </w:p>
        </w:tc>
      </w:tr>
      <w:tr>
        <w:tc>
          <w:tcPr>
            <w:tcW w:type="dxa" w:w="1814"/>
            <w:vAlign w:val="center"/>
          </w:tcPr>
          <w:p>
            <w:pPr>
              <w:spacing w:after="0" w:before="0"/>
            </w:pPr>
            <w:r>
              <w:rPr>
                <w:rFonts w:ascii="Yu Mincho" w:hAnsi="Yu Mincho" w:eastAsia="Yu Mincho"/>
                <w:sz w:val="14"/>
              </w:rPr>
              <w:t>Castérède Jacques</w:t>
            </w:r>
          </w:p>
        </w:tc>
        <w:tc>
          <w:tcPr>
            <w:tcW w:type="dxa" w:w="3175"/>
            <w:vAlign w:val="center"/>
          </w:tcPr>
          <w:p>
            <w:pPr>
              <w:spacing w:after="0" w:before="0"/>
            </w:pPr>
            <w:r>
              <w:rPr>
                <w:rFonts w:ascii="Yu Mincho" w:hAnsi="Yu Mincho" w:eastAsia="Yu Mincho"/>
                <w:sz w:val="14"/>
              </w:rPr>
              <w:t>Jacques Castérède</w:t>
            </w:r>
          </w:p>
        </w:tc>
        <w:tc>
          <w:tcPr>
            <w:tcW w:type="dxa" w:w="1587"/>
            <w:vAlign w:val="center"/>
          </w:tcPr>
          <w:p>
            <w:pPr>
              <w:spacing w:after="0" w:before="0"/>
            </w:pPr>
            <w:r>
              <w:rPr>
                <w:rFonts w:ascii="Yu Mincho" w:hAnsi="Yu Mincho" w:eastAsia="Yu Mincho"/>
                <w:sz w:val="14"/>
              </w:rPr>
              <w:t>J. カステレード</w:t>
            </w:r>
          </w:p>
        </w:tc>
        <w:tc>
          <w:tcPr>
            <w:tcW w:type="dxa" w:w="6066"/>
            <w:vAlign w:val="center"/>
          </w:tcPr>
          <w:p>
            <w:pPr>
              <w:spacing w:after="0" w:before="0"/>
            </w:pPr>
            <w:r>
              <w:rPr>
                <w:rFonts w:ascii="Yu Mincho" w:hAnsi="Yu Mincho" w:eastAsia="Yu Mincho"/>
                <w:sz w:val="14"/>
              </w:rPr>
              <w:t>Sonatine</w:t>
            </w:r>
          </w:p>
        </w:tc>
        <w:tc>
          <w:tcPr>
            <w:tcW w:type="dxa" w:w="2835"/>
            <w:vAlign w:val="center"/>
          </w:tcPr>
          <w:p>
            <w:pPr>
              <w:spacing w:after="0" w:before="0"/>
            </w:pPr>
            <w:r>
              <w:rPr>
                <w:rFonts w:ascii="Yu Mincho" w:hAnsi="Yu Mincho" w:eastAsia="Yu Mincho"/>
                <w:sz w:val="14"/>
              </w:rPr>
              <w:t>ソナチネ</w:t>
            </w:r>
          </w:p>
        </w:tc>
      </w:tr>
      <w:tr>
        <w:tc>
          <w:tcPr>
            <w:tcW w:type="dxa" w:w="1814"/>
            <w:vAlign w:val="center"/>
          </w:tcPr>
          <w:p>
            <w:pPr>
              <w:spacing w:after="0" w:before="0"/>
            </w:pPr>
            <w:r>
              <w:rPr>
                <w:rFonts w:ascii="Yu Mincho" w:hAnsi="Yu Mincho" w:eastAsia="Yu Mincho"/>
                <w:sz w:val="14"/>
              </w:rPr>
              <w:t>David Ferdinand</w:t>
            </w:r>
          </w:p>
        </w:tc>
        <w:tc>
          <w:tcPr>
            <w:tcW w:type="dxa" w:w="3175"/>
            <w:vAlign w:val="center"/>
          </w:tcPr>
          <w:p>
            <w:pPr>
              <w:spacing w:after="0" w:before="0"/>
            </w:pPr>
            <w:r>
              <w:rPr>
                <w:rFonts w:ascii="Yu Mincho" w:hAnsi="Yu Mincho" w:eastAsia="Yu Mincho"/>
                <w:sz w:val="14"/>
              </w:rPr>
              <w:t>Ferdinand David</w:t>
            </w:r>
          </w:p>
        </w:tc>
        <w:tc>
          <w:tcPr>
            <w:tcW w:type="dxa" w:w="1587"/>
            <w:vAlign w:val="center"/>
          </w:tcPr>
          <w:p>
            <w:pPr>
              <w:spacing w:after="0" w:before="0"/>
            </w:pPr>
            <w:r>
              <w:rPr>
                <w:rFonts w:ascii="Yu Mincho" w:hAnsi="Yu Mincho" w:eastAsia="Yu Mincho"/>
                <w:sz w:val="14"/>
              </w:rPr>
              <w:t>F. ダヴィッド</w:t>
            </w:r>
          </w:p>
        </w:tc>
        <w:tc>
          <w:tcPr>
            <w:tcW w:type="dxa" w:w="6066"/>
            <w:vAlign w:val="center"/>
          </w:tcPr>
          <w:p>
            <w:pPr>
              <w:spacing w:after="0" w:before="0"/>
            </w:pPr>
            <w:r>
              <w:rPr>
                <w:rFonts w:ascii="Yu Mincho" w:hAnsi="Yu Mincho" w:eastAsia="Yu Mincho"/>
                <w:sz w:val="14"/>
              </w:rPr>
              <w:t>Concertino</w:t>
            </w:r>
          </w:p>
        </w:tc>
        <w:tc>
          <w:tcPr>
            <w:tcW w:type="dxa" w:w="2835"/>
            <w:vAlign w:val="center"/>
          </w:tcPr>
          <w:p>
            <w:pPr>
              <w:spacing w:after="0" w:before="0"/>
            </w:pPr>
            <w:r>
              <w:rPr>
                <w:rFonts w:ascii="Yu Mincho" w:hAnsi="Yu Mincho" w:eastAsia="Yu Mincho"/>
                <w:sz w:val="14"/>
              </w:rPr>
              <w:t>小協奏曲</w:t>
            </w:r>
          </w:p>
        </w:tc>
      </w:tr>
      <w:tr>
        <w:tc>
          <w:tcPr>
            <w:tcW w:type="dxa" w:w="1814"/>
            <w:vAlign w:val="center"/>
          </w:tcPr>
          <w:p>
            <w:pPr>
              <w:spacing w:after="0" w:before="0"/>
            </w:pPr>
            <w:r>
              <w:rPr>
                <w:rFonts w:ascii="Yu Mincho" w:hAnsi="Yu Mincho" w:eastAsia="Yu Mincho"/>
                <w:sz w:val="14"/>
              </w:rPr>
              <w:t>David James M.</w:t>
            </w:r>
          </w:p>
        </w:tc>
        <w:tc>
          <w:tcPr>
            <w:tcW w:type="dxa" w:w="3175"/>
            <w:vAlign w:val="center"/>
          </w:tcPr>
          <w:p>
            <w:pPr>
              <w:spacing w:after="0" w:before="0"/>
            </w:pPr>
            <w:r>
              <w:rPr>
                <w:rFonts w:ascii="Yu Mincho" w:hAnsi="Yu Mincho" w:eastAsia="Yu Mincho"/>
                <w:sz w:val="14"/>
              </w:rPr>
              <w:t>James M. David</w:t>
            </w:r>
          </w:p>
        </w:tc>
        <w:tc>
          <w:tcPr>
            <w:tcW w:type="dxa" w:w="1587"/>
            <w:vAlign w:val="center"/>
          </w:tcPr>
          <w:p>
            <w:pPr>
              <w:spacing w:after="0" w:before="0"/>
            </w:pPr>
            <w:r>
              <w:rPr>
                <w:rFonts w:ascii="Yu Mincho" w:hAnsi="Yu Mincho" w:eastAsia="Yu Mincho"/>
                <w:sz w:val="14"/>
              </w:rPr>
              <w:t>J. デヴィッド</w:t>
            </w:r>
          </w:p>
        </w:tc>
        <w:tc>
          <w:tcPr>
            <w:tcW w:type="dxa" w:w="6066"/>
            <w:vAlign w:val="center"/>
          </w:tcPr>
          <w:p>
            <w:pPr>
              <w:spacing w:after="0" w:before="0"/>
            </w:pPr>
            <w:r>
              <w:rPr>
                <w:rFonts w:ascii="Yu Mincho" w:hAnsi="Yu Mincho" w:eastAsia="Yu Mincho"/>
                <w:sz w:val="14"/>
              </w:rPr>
              <w:t>Three Imaginary Landscapes</w:t>
            </w:r>
          </w:p>
        </w:tc>
        <w:tc>
          <w:tcPr>
            <w:tcW w:type="dxa" w:w="2835"/>
            <w:vAlign w:val="center"/>
          </w:tcPr>
          <w:p>
            <w:pPr>
              <w:spacing w:after="0" w:before="0"/>
            </w:pPr>
            <w:r>
              <w:rPr>
                <w:rFonts w:ascii="Yu Mincho" w:hAnsi="Yu Mincho" w:eastAsia="Yu Mincho"/>
                <w:sz w:val="14"/>
              </w:rPr>
              <w:t>3つの空想風景</w:t>
            </w:r>
          </w:p>
        </w:tc>
      </w:tr>
      <w:tr>
        <w:tc>
          <w:tcPr>
            <w:tcW w:type="dxa" w:w="1814"/>
            <w:vAlign w:val="center"/>
          </w:tcPr>
          <w:p>
            <w:pPr>
              <w:spacing w:after="0" w:before="0"/>
            </w:pPr>
            <w:r>
              <w:rPr>
                <w:rFonts w:ascii="Yu Mincho" w:hAnsi="Yu Mincho" w:eastAsia="Yu Mincho"/>
                <w:sz w:val="14"/>
              </w:rPr>
              <w:t>Defaye Jean-Michel</w:t>
            </w:r>
          </w:p>
        </w:tc>
        <w:tc>
          <w:tcPr>
            <w:tcW w:type="dxa" w:w="3175"/>
            <w:vAlign w:val="center"/>
          </w:tcPr>
          <w:p>
            <w:pPr>
              <w:spacing w:after="0" w:before="0"/>
            </w:pPr>
            <w:r>
              <w:rPr>
                <w:rFonts w:ascii="Yu Mincho" w:hAnsi="Yu Mincho" w:eastAsia="Yu Mincho"/>
                <w:sz w:val="14"/>
              </w:rPr>
              <w:t>Jean-Michel Defaye</w:t>
            </w:r>
          </w:p>
        </w:tc>
        <w:tc>
          <w:tcPr>
            <w:tcW w:type="dxa" w:w="1587"/>
            <w:vAlign w:val="center"/>
          </w:tcPr>
          <w:p>
            <w:pPr>
              <w:spacing w:after="0" w:before="0"/>
            </w:pPr>
            <w:r>
              <w:rPr>
                <w:rFonts w:ascii="Yu Mincho" w:hAnsi="Yu Mincho" w:eastAsia="Yu Mincho"/>
                <w:sz w:val="14"/>
              </w:rPr>
              <w:t>J.-M. デュファイ</w:t>
            </w:r>
          </w:p>
        </w:tc>
        <w:tc>
          <w:tcPr>
            <w:tcW w:type="dxa" w:w="6066"/>
            <w:vAlign w:val="center"/>
          </w:tcPr>
          <w:p>
            <w:pPr>
              <w:spacing w:after="0" w:before="0"/>
            </w:pPr>
            <w:r>
              <w:rPr>
                <w:rFonts w:ascii="Yu Mincho" w:hAnsi="Yu Mincho" w:eastAsia="Yu Mincho"/>
                <w:sz w:val="14"/>
              </w:rPr>
              <w:t>Deux Danses</w:t>
            </w:r>
          </w:p>
        </w:tc>
        <w:tc>
          <w:tcPr>
            <w:tcW w:type="dxa" w:w="2835"/>
            <w:vAlign w:val="center"/>
          </w:tcPr>
          <w:p>
            <w:pPr>
              <w:spacing w:after="0" w:before="0"/>
            </w:pPr>
            <w:r>
              <w:rPr>
                <w:rFonts w:ascii="Yu Mincho" w:hAnsi="Yu Mincho" w:eastAsia="Yu Mincho"/>
                <w:sz w:val="14"/>
              </w:rPr>
              <w:t>2つのダンス</w:t>
            </w:r>
          </w:p>
        </w:tc>
      </w:tr>
      <w:tr>
        <w:tc>
          <w:tcPr>
            <w:tcW w:type="dxa" w:w="1814"/>
            <w:vAlign w:val="center"/>
          </w:tcPr>
          <w:p>
            <w:pPr>
              <w:spacing w:after="0" w:before="0"/>
            </w:pPr>
            <w:r>
              <w:rPr>
                <w:rFonts w:ascii="Yu Mincho" w:hAnsi="Yu Mincho" w:eastAsia="Yu Mincho"/>
                <w:sz w:val="14"/>
              </w:rPr>
              <w:t>Defaye Jean-Michel</w:t>
            </w:r>
          </w:p>
        </w:tc>
        <w:tc>
          <w:tcPr>
            <w:tcW w:type="dxa" w:w="3175"/>
            <w:vAlign w:val="center"/>
          </w:tcPr>
          <w:p>
            <w:pPr>
              <w:spacing w:after="0" w:before="0"/>
            </w:pPr>
            <w:r>
              <w:rPr>
                <w:rFonts w:ascii="Yu Mincho" w:hAnsi="Yu Mincho" w:eastAsia="Yu Mincho"/>
                <w:sz w:val="14"/>
              </w:rPr>
              <w:t>Jean-Michel Defaye</w:t>
            </w:r>
          </w:p>
        </w:tc>
        <w:tc>
          <w:tcPr>
            <w:tcW w:type="dxa" w:w="1587"/>
            <w:vAlign w:val="center"/>
          </w:tcPr>
          <w:p>
            <w:pPr>
              <w:spacing w:after="0" w:before="0"/>
            </w:pPr>
            <w:r>
              <w:rPr>
                <w:rFonts w:ascii="Yu Mincho" w:hAnsi="Yu Mincho" w:eastAsia="Yu Mincho"/>
                <w:sz w:val="14"/>
              </w:rPr>
              <w:t>J.-M. デュファイ</w:t>
            </w:r>
          </w:p>
        </w:tc>
        <w:tc>
          <w:tcPr>
            <w:tcW w:type="dxa" w:w="6066"/>
            <w:vAlign w:val="center"/>
          </w:tcPr>
          <w:p>
            <w:pPr>
              <w:spacing w:after="0" w:before="0"/>
            </w:pPr>
            <w:r>
              <w:rPr>
                <w:rFonts w:ascii="Yu Mincho" w:hAnsi="Yu Mincho" w:eastAsia="Yu Mincho"/>
                <w:sz w:val="14"/>
              </w:rPr>
              <w:t>Mouvement</w:t>
            </w:r>
          </w:p>
        </w:tc>
        <w:tc>
          <w:tcPr>
            <w:tcW w:type="dxa" w:w="2835"/>
            <w:vAlign w:val="center"/>
          </w:tcPr>
          <w:p>
            <w:pPr>
              <w:spacing w:after="0" w:before="0"/>
            </w:pPr>
            <w:r>
              <w:rPr>
                <w:rFonts w:ascii="Yu Mincho" w:hAnsi="Yu Mincho" w:eastAsia="Yu Mincho"/>
                <w:sz w:val="14"/>
              </w:rPr>
              <w:t>ムーブメント</w:t>
            </w:r>
          </w:p>
        </w:tc>
      </w:tr>
      <w:tr>
        <w:tc>
          <w:tcPr>
            <w:tcW w:type="dxa" w:w="1814"/>
            <w:vAlign w:val="center"/>
          </w:tcPr>
          <w:p>
            <w:pPr>
              <w:spacing w:after="0" w:before="0"/>
            </w:pPr>
            <w:r>
              <w:rPr>
                <w:rFonts w:ascii="Yu Mincho" w:hAnsi="Yu Mincho" w:eastAsia="Yu Mincho"/>
                <w:sz w:val="14"/>
              </w:rPr>
              <w:t>Defaye Jean-Michel</w:t>
            </w:r>
          </w:p>
        </w:tc>
        <w:tc>
          <w:tcPr>
            <w:tcW w:type="dxa" w:w="3175"/>
            <w:vAlign w:val="center"/>
          </w:tcPr>
          <w:p>
            <w:pPr>
              <w:spacing w:after="0" w:before="0"/>
            </w:pPr>
            <w:r>
              <w:rPr>
                <w:rFonts w:ascii="Yu Mincho" w:hAnsi="Yu Mincho" w:eastAsia="Yu Mincho"/>
                <w:sz w:val="14"/>
              </w:rPr>
              <w:t>Jean-Michel Defaye</w:t>
            </w:r>
          </w:p>
        </w:tc>
        <w:tc>
          <w:tcPr>
            <w:tcW w:type="dxa" w:w="1587"/>
            <w:vAlign w:val="center"/>
          </w:tcPr>
          <w:p>
            <w:pPr>
              <w:spacing w:after="0" w:before="0"/>
            </w:pPr>
            <w:r>
              <w:rPr>
                <w:rFonts w:ascii="Yu Mincho" w:hAnsi="Yu Mincho" w:eastAsia="Yu Mincho"/>
                <w:sz w:val="14"/>
              </w:rPr>
              <w:t>J.-M. デュファイ</w:t>
            </w:r>
          </w:p>
        </w:tc>
        <w:tc>
          <w:tcPr>
            <w:tcW w:type="dxa" w:w="6066"/>
            <w:vAlign w:val="center"/>
          </w:tcPr>
          <w:p>
            <w:pPr>
              <w:spacing w:after="0" w:before="0"/>
            </w:pPr>
            <w:r>
              <w:rPr>
                <w:rFonts w:ascii="Yu Mincho" w:hAnsi="Yu Mincho" w:eastAsia="Yu Mincho"/>
                <w:sz w:val="14"/>
              </w:rPr>
              <w:t>À la manière de Schumann</w:t>
            </w:r>
          </w:p>
        </w:tc>
        <w:tc>
          <w:tcPr>
            <w:tcW w:type="dxa" w:w="2835"/>
            <w:vAlign w:val="center"/>
          </w:tcPr>
          <w:p>
            <w:pPr>
              <w:spacing w:after="0" w:before="0"/>
            </w:pPr>
            <w:r>
              <w:rPr>
                <w:rFonts w:ascii="Yu Mincho" w:hAnsi="Yu Mincho" w:eastAsia="Yu Mincho"/>
                <w:sz w:val="14"/>
              </w:rPr>
              <w:t>シューマン風に</w:t>
            </w:r>
          </w:p>
        </w:tc>
      </w:tr>
      <w:tr>
        <w:tc>
          <w:tcPr>
            <w:tcW w:type="dxa" w:w="1814"/>
            <w:vAlign w:val="center"/>
          </w:tcPr>
          <w:p>
            <w:pPr>
              <w:spacing w:after="0" w:before="0"/>
            </w:pPr>
            <w:r>
              <w:rPr>
                <w:rFonts w:ascii="Yu Mincho" w:hAnsi="Yu Mincho" w:eastAsia="Yu Mincho"/>
                <w:sz w:val="14"/>
              </w:rPr>
              <w:t>Dutilleux Henri</w:t>
            </w:r>
          </w:p>
        </w:tc>
        <w:tc>
          <w:tcPr>
            <w:tcW w:type="dxa" w:w="3175"/>
            <w:vAlign w:val="center"/>
          </w:tcPr>
          <w:p>
            <w:pPr>
              <w:spacing w:after="0" w:before="0"/>
            </w:pPr>
            <w:r>
              <w:rPr>
                <w:rFonts w:ascii="Yu Mincho" w:hAnsi="Yu Mincho" w:eastAsia="Yu Mincho"/>
                <w:sz w:val="14"/>
              </w:rPr>
              <w:t>Henri Dutilleux</w:t>
            </w:r>
          </w:p>
        </w:tc>
        <w:tc>
          <w:tcPr>
            <w:tcW w:type="dxa" w:w="1587"/>
            <w:vAlign w:val="center"/>
          </w:tcPr>
          <w:p>
            <w:pPr>
              <w:spacing w:after="0" w:before="0"/>
            </w:pPr>
            <w:r>
              <w:rPr>
                <w:rFonts w:ascii="Yu Mincho" w:hAnsi="Yu Mincho" w:eastAsia="Yu Mincho"/>
                <w:sz w:val="14"/>
              </w:rPr>
              <w:t>H. デュティユー</w:t>
            </w:r>
          </w:p>
        </w:tc>
        <w:tc>
          <w:tcPr>
            <w:tcW w:type="dxa" w:w="6066"/>
            <w:vAlign w:val="center"/>
          </w:tcPr>
          <w:p>
            <w:pPr>
              <w:spacing w:after="0" w:before="0"/>
            </w:pPr>
            <w:r>
              <w:rPr>
                <w:rFonts w:ascii="Yu Mincho" w:hAnsi="Yu Mincho" w:eastAsia="Yu Mincho"/>
                <w:sz w:val="14"/>
              </w:rPr>
              <w:t>Choral, Cadence et Fugato</w:t>
            </w:r>
          </w:p>
        </w:tc>
        <w:tc>
          <w:tcPr>
            <w:tcW w:type="dxa" w:w="2835"/>
            <w:vAlign w:val="center"/>
          </w:tcPr>
          <w:p>
            <w:pPr>
              <w:spacing w:after="0" w:before="0"/>
            </w:pPr>
            <w:r>
              <w:rPr>
                <w:rFonts w:ascii="Yu Mincho" w:hAnsi="Yu Mincho" w:eastAsia="Yu Mincho"/>
                <w:sz w:val="14"/>
              </w:rPr>
              <w:t>コラール、カデンツァとフーガ</w:t>
            </w:r>
          </w:p>
        </w:tc>
      </w:tr>
      <w:tr>
        <w:tc>
          <w:tcPr>
            <w:tcW w:type="dxa" w:w="1814"/>
            <w:vAlign w:val="center"/>
          </w:tcPr>
          <w:p>
            <w:pPr>
              <w:spacing w:after="0" w:before="0"/>
            </w:pPr>
            <w:r>
              <w:rPr>
                <w:rFonts w:ascii="Yu Mincho" w:hAnsi="Yu Mincho" w:eastAsia="Yu Mincho"/>
                <w:sz w:val="14"/>
              </w:rPr>
              <w:t>Ewazen Eric</w:t>
            </w:r>
          </w:p>
        </w:tc>
        <w:tc>
          <w:tcPr>
            <w:tcW w:type="dxa" w:w="3175"/>
            <w:vAlign w:val="center"/>
          </w:tcPr>
          <w:p>
            <w:pPr>
              <w:spacing w:after="0" w:before="0"/>
            </w:pPr>
            <w:r>
              <w:rPr>
                <w:rFonts w:ascii="Yu Mincho" w:hAnsi="Yu Mincho" w:eastAsia="Yu Mincho"/>
                <w:sz w:val="14"/>
              </w:rPr>
              <w:t>Eric Ewazen</w:t>
            </w:r>
          </w:p>
        </w:tc>
        <w:tc>
          <w:tcPr>
            <w:tcW w:type="dxa" w:w="1587"/>
            <w:vAlign w:val="center"/>
          </w:tcPr>
          <w:p>
            <w:pPr>
              <w:spacing w:after="0" w:before="0"/>
            </w:pPr>
            <w:r>
              <w:rPr>
                <w:rFonts w:ascii="Yu Mincho" w:hAnsi="Yu Mincho" w:eastAsia="Yu Mincho"/>
                <w:sz w:val="14"/>
              </w:rPr>
              <w:t>E. エワイゼン</w:t>
            </w:r>
          </w:p>
        </w:tc>
        <w:tc>
          <w:tcPr>
            <w:tcW w:type="dxa" w:w="6066"/>
            <w:vAlign w:val="center"/>
          </w:tcPr>
          <w:p>
            <w:pPr>
              <w:spacing w:after="0" w:before="0"/>
            </w:pPr>
            <w:r>
              <w:rPr>
                <w:rFonts w:ascii="Yu Mincho" w:hAnsi="Yu Mincho" w:eastAsia="Yu Mincho"/>
                <w:sz w:val="14"/>
              </w:rPr>
              <w:t>Ballade</w:t>
            </w:r>
          </w:p>
        </w:tc>
        <w:tc>
          <w:tcPr>
            <w:tcW w:type="dxa" w:w="2835"/>
            <w:vAlign w:val="center"/>
          </w:tcPr>
          <w:p>
            <w:pPr>
              <w:spacing w:after="0" w:before="0"/>
            </w:pPr>
            <w:r>
              <w:rPr>
                <w:rFonts w:ascii="Yu Mincho" w:hAnsi="Yu Mincho" w:eastAsia="Yu Mincho"/>
                <w:sz w:val="14"/>
              </w:rPr>
              <w:t>バラード</w:t>
            </w:r>
          </w:p>
        </w:tc>
      </w:tr>
      <w:tr>
        <w:tc>
          <w:tcPr>
            <w:tcW w:type="dxa" w:w="1814"/>
            <w:vAlign w:val="center"/>
          </w:tcPr>
          <w:p>
            <w:pPr>
              <w:spacing w:after="0" w:before="0"/>
            </w:pPr>
            <w:r>
              <w:rPr>
                <w:rFonts w:ascii="Yu Mincho" w:hAnsi="Yu Mincho" w:eastAsia="Yu Mincho"/>
                <w:sz w:val="14"/>
              </w:rPr>
              <w:t>Ewazen Eric</w:t>
            </w:r>
          </w:p>
        </w:tc>
        <w:tc>
          <w:tcPr>
            <w:tcW w:type="dxa" w:w="3175"/>
            <w:vAlign w:val="center"/>
          </w:tcPr>
          <w:p>
            <w:pPr>
              <w:spacing w:after="0" w:before="0"/>
            </w:pPr>
            <w:r>
              <w:rPr>
                <w:rFonts w:ascii="Yu Mincho" w:hAnsi="Yu Mincho" w:eastAsia="Yu Mincho"/>
                <w:sz w:val="14"/>
              </w:rPr>
              <w:t>Eric Ewazen</w:t>
            </w:r>
          </w:p>
        </w:tc>
        <w:tc>
          <w:tcPr>
            <w:tcW w:type="dxa" w:w="1587"/>
            <w:vAlign w:val="center"/>
          </w:tcPr>
          <w:p>
            <w:pPr>
              <w:spacing w:after="0" w:before="0"/>
            </w:pPr>
            <w:r>
              <w:rPr>
                <w:rFonts w:ascii="Yu Mincho" w:hAnsi="Yu Mincho" w:eastAsia="Yu Mincho"/>
                <w:sz w:val="14"/>
              </w:rPr>
              <w:t>E. エワイゼン</w:t>
            </w:r>
          </w:p>
        </w:tc>
        <w:tc>
          <w:tcPr>
            <w:tcW w:type="dxa" w:w="6066"/>
            <w:vAlign w:val="center"/>
          </w:tcPr>
          <w:p>
            <w:pPr>
              <w:spacing w:after="0" w:before="0"/>
            </w:pPr>
            <w:r>
              <w:rPr>
                <w:rFonts w:ascii="Yu Mincho" w:hAnsi="Yu Mincho" w:eastAsia="Yu Mincho"/>
                <w:sz w:val="14"/>
              </w:rPr>
              <w:t>Concerto</w:t>
            </w:r>
          </w:p>
        </w:tc>
        <w:tc>
          <w:tcPr>
            <w:tcW w:type="dxa" w:w="2835"/>
            <w:vAlign w:val="center"/>
          </w:tcPr>
          <w:p>
            <w:pPr>
              <w:spacing w:after="0" w:before="0"/>
            </w:pPr>
            <w:r>
              <w:rPr>
                <w:rFonts w:ascii="Yu Mincho" w:hAnsi="Yu Mincho" w:eastAsia="Yu Mincho"/>
                <w:sz w:val="14"/>
              </w:rPr>
              <w:t>協奏曲</w:t>
            </w:r>
          </w:p>
        </w:tc>
      </w:tr>
      <w:tr>
        <w:tc>
          <w:tcPr>
            <w:tcW w:type="dxa" w:w="1814"/>
            <w:vAlign w:val="center"/>
          </w:tcPr>
          <w:p>
            <w:pPr>
              <w:spacing w:after="0" w:before="0"/>
            </w:pPr>
            <w:r>
              <w:rPr>
                <w:rFonts w:ascii="Yu Mincho" w:hAnsi="Yu Mincho" w:eastAsia="Yu Mincho"/>
                <w:sz w:val="14"/>
              </w:rPr>
              <w:t>Ewazen Eric</w:t>
            </w:r>
          </w:p>
        </w:tc>
        <w:tc>
          <w:tcPr>
            <w:tcW w:type="dxa" w:w="3175"/>
            <w:vAlign w:val="center"/>
          </w:tcPr>
          <w:p>
            <w:pPr>
              <w:spacing w:after="0" w:before="0"/>
            </w:pPr>
            <w:r>
              <w:rPr>
                <w:rFonts w:ascii="Yu Mincho" w:hAnsi="Yu Mincho" w:eastAsia="Yu Mincho"/>
                <w:sz w:val="14"/>
              </w:rPr>
              <w:t>Eric Ewazen</w:t>
            </w:r>
          </w:p>
        </w:tc>
        <w:tc>
          <w:tcPr>
            <w:tcW w:type="dxa" w:w="1587"/>
            <w:vAlign w:val="center"/>
          </w:tcPr>
          <w:p>
            <w:pPr>
              <w:spacing w:after="0" w:before="0"/>
            </w:pPr>
            <w:r>
              <w:rPr>
                <w:rFonts w:ascii="Yu Mincho" w:hAnsi="Yu Mincho" w:eastAsia="Yu Mincho"/>
                <w:sz w:val="14"/>
              </w:rPr>
              <w:t>E. エワイゼン</w:t>
            </w:r>
          </w:p>
        </w:tc>
        <w:tc>
          <w:tcPr>
            <w:tcW w:type="dxa" w:w="6066"/>
            <w:vAlign w:val="center"/>
          </w:tcPr>
          <w:p>
            <w:pPr>
              <w:spacing w:after="0" w:before="0"/>
            </w:pPr>
            <w:r>
              <w:rPr>
                <w:rFonts w:ascii="Yu Mincho" w:hAnsi="Yu Mincho" w:eastAsia="Yu Mincho"/>
                <w:sz w:val="14"/>
              </w:rPr>
              <w:t>Concerto for Bass Trombone</w:t>
            </w:r>
          </w:p>
        </w:tc>
        <w:tc>
          <w:tcPr>
            <w:tcW w:type="dxa" w:w="2835"/>
            <w:vAlign w:val="center"/>
          </w:tcPr>
          <w:p>
            <w:pPr>
              <w:spacing w:after="0" w:before="0"/>
            </w:pPr>
            <w:r>
              <w:rPr>
                <w:rFonts w:ascii="Yu Mincho" w:hAnsi="Yu Mincho" w:eastAsia="Yu Mincho"/>
                <w:sz w:val="14"/>
              </w:rPr>
              <w:t>バストロンボーンのための協奏曲</w:t>
            </w:r>
          </w:p>
        </w:tc>
      </w:tr>
      <w:tr>
        <w:tc>
          <w:tcPr>
            <w:tcW w:type="dxa" w:w="1814"/>
            <w:vAlign w:val="center"/>
          </w:tcPr>
          <w:p>
            <w:pPr>
              <w:spacing w:after="0" w:before="0"/>
            </w:pPr>
            <w:r>
              <w:rPr>
                <w:rFonts w:ascii="Yu Mincho" w:hAnsi="Yu Mincho" w:eastAsia="Yu Mincho"/>
                <w:sz w:val="14"/>
              </w:rPr>
              <w:t>Ewazen Eric</w:t>
            </w:r>
          </w:p>
        </w:tc>
        <w:tc>
          <w:tcPr>
            <w:tcW w:type="dxa" w:w="3175"/>
            <w:vAlign w:val="center"/>
          </w:tcPr>
          <w:p>
            <w:pPr>
              <w:spacing w:after="0" w:before="0"/>
            </w:pPr>
            <w:r>
              <w:rPr>
                <w:rFonts w:ascii="Yu Mincho" w:hAnsi="Yu Mincho" w:eastAsia="Yu Mincho"/>
                <w:sz w:val="14"/>
              </w:rPr>
              <w:t>Eric Ewazen</w:t>
            </w:r>
          </w:p>
        </w:tc>
        <w:tc>
          <w:tcPr>
            <w:tcW w:type="dxa" w:w="1587"/>
            <w:vAlign w:val="center"/>
          </w:tcPr>
          <w:p>
            <w:pPr>
              <w:spacing w:after="0" w:before="0"/>
            </w:pPr>
            <w:r>
              <w:rPr>
                <w:rFonts w:ascii="Yu Mincho" w:hAnsi="Yu Mincho" w:eastAsia="Yu Mincho"/>
                <w:sz w:val="14"/>
              </w:rPr>
              <w:t>E. エワイゼン</w:t>
            </w:r>
          </w:p>
        </w:tc>
        <w:tc>
          <w:tcPr>
            <w:tcW w:type="dxa" w:w="6066"/>
            <w:vAlign w:val="center"/>
          </w:tcPr>
          <w:p>
            <w:pPr>
              <w:spacing w:after="0" w:before="0"/>
            </w:pPr>
            <w:r>
              <w:rPr>
                <w:rFonts w:ascii="Yu Mincho" w:hAnsi="Yu Mincho" w:eastAsia="Yu Mincho"/>
                <w:sz w:val="14"/>
              </w:rPr>
              <w:t>Sonata</w:t>
            </w:r>
          </w:p>
        </w:tc>
        <w:tc>
          <w:tcPr>
            <w:tcW w:type="dxa" w:w="2835"/>
            <w:vAlign w:val="center"/>
          </w:tcPr>
          <w:p>
            <w:pPr>
              <w:spacing w:after="0" w:before="0"/>
            </w:pPr>
            <w:r>
              <w:rPr>
                <w:rFonts w:ascii="Yu Mincho" w:hAnsi="Yu Mincho" w:eastAsia="Yu Mincho"/>
                <w:sz w:val="14"/>
              </w:rPr>
              <w:t>ソナタ</w:t>
            </w:r>
          </w:p>
        </w:tc>
      </w:tr>
      <w:tr>
        <w:tc>
          <w:tcPr>
            <w:tcW w:type="dxa" w:w="1814"/>
            <w:vAlign w:val="center"/>
          </w:tcPr>
          <w:p>
            <w:pPr>
              <w:spacing w:after="0" w:before="0"/>
            </w:pPr>
            <w:r>
              <w:rPr>
                <w:rFonts w:ascii="Yu Mincho" w:hAnsi="Yu Mincho" w:eastAsia="Yu Mincho"/>
                <w:sz w:val="14"/>
              </w:rPr>
              <w:t>Galliard J. E.</w:t>
            </w:r>
          </w:p>
        </w:tc>
        <w:tc>
          <w:tcPr>
            <w:tcW w:type="dxa" w:w="3175"/>
            <w:vAlign w:val="center"/>
          </w:tcPr>
          <w:p>
            <w:pPr>
              <w:spacing w:after="0" w:before="0"/>
            </w:pPr>
            <w:r>
              <w:rPr>
                <w:rFonts w:ascii="Yu Mincho" w:hAnsi="Yu Mincho" w:eastAsia="Yu Mincho"/>
                <w:sz w:val="14"/>
              </w:rPr>
              <w:t>J. E. Galliard</w:t>
            </w:r>
          </w:p>
        </w:tc>
        <w:tc>
          <w:tcPr>
            <w:tcW w:type="dxa" w:w="1587"/>
            <w:vAlign w:val="center"/>
          </w:tcPr>
          <w:p>
            <w:pPr>
              <w:spacing w:after="0" w:before="0"/>
            </w:pPr>
            <w:r>
              <w:rPr>
                <w:rFonts w:ascii="Yu Mincho" w:hAnsi="Yu Mincho" w:eastAsia="Yu Mincho"/>
                <w:sz w:val="14"/>
              </w:rPr>
              <w:t>J. E. ガリアルド</w:t>
            </w:r>
          </w:p>
        </w:tc>
        <w:tc>
          <w:tcPr>
            <w:tcW w:type="dxa" w:w="6066"/>
            <w:vAlign w:val="center"/>
          </w:tcPr>
          <w:p>
            <w:pPr>
              <w:spacing w:after="0" w:before="0"/>
            </w:pPr>
            <w:r>
              <w:rPr>
                <w:rFonts w:ascii="Yu Mincho" w:hAnsi="Yu Mincho" w:eastAsia="Yu Mincho"/>
                <w:sz w:val="14"/>
              </w:rPr>
              <w:t>Sonata No.1 for Trombone and Piano</w:t>
            </w:r>
          </w:p>
        </w:tc>
        <w:tc>
          <w:tcPr>
            <w:tcW w:type="dxa" w:w="2835"/>
            <w:vAlign w:val="center"/>
          </w:tcPr>
          <w:p>
            <w:pPr>
              <w:spacing w:after="0" w:before="0"/>
            </w:pPr>
            <w:r>
              <w:rPr>
                <w:rFonts w:ascii="Yu Mincho" w:hAnsi="Yu Mincho" w:eastAsia="Yu Mincho"/>
                <w:sz w:val="14"/>
              </w:rPr>
              <w:t>ソナタ 第1番</w:t>
            </w:r>
          </w:p>
        </w:tc>
      </w:tr>
      <w:tr>
        <w:tc>
          <w:tcPr>
            <w:tcW w:type="dxa" w:w="1814"/>
            <w:vAlign w:val="center"/>
          </w:tcPr>
          <w:p>
            <w:pPr>
              <w:spacing w:after="0" w:before="0"/>
            </w:pPr>
            <w:r>
              <w:rPr>
                <w:rFonts w:ascii="Yu Mincho" w:hAnsi="Yu Mincho" w:eastAsia="Yu Mincho"/>
                <w:sz w:val="14"/>
              </w:rPr>
              <w:t>Gaubert Philippe</w:t>
            </w:r>
          </w:p>
        </w:tc>
        <w:tc>
          <w:tcPr>
            <w:tcW w:type="dxa" w:w="3175"/>
            <w:vAlign w:val="center"/>
          </w:tcPr>
          <w:p>
            <w:pPr>
              <w:spacing w:after="0" w:before="0"/>
            </w:pPr>
            <w:r>
              <w:rPr>
                <w:rFonts w:ascii="Yu Mincho" w:hAnsi="Yu Mincho" w:eastAsia="Yu Mincho"/>
                <w:sz w:val="14"/>
              </w:rPr>
              <w:t>Philippe Gaubert</w:t>
            </w:r>
          </w:p>
        </w:tc>
        <w:tc>
          <w:tcPr>
            <w:tcW w:type="dxa" w:w="1587"/>
            <w:vAlign w:val="center"/>
          </w:tcPr>
          <w:p>
            <w:pPr>
              <w:spacing w:after="0" w:before="0"/>
            </w:pPr>
            <w:r>
              <w:rPr>
                <w:rFonts w:ascii="Yu Mincho" w:hAnsi="Yu Mincho" w:eastAsia="Yu Mincho"/>
                <w:sz w:val="14"/>
              </w:rPr>
              <w:t>P. ゴーベール</w:t>
            </w:r>
          </w:p>
        </w:tc>
        <w:tc>
          <w:tcPr>
            <w:tcW w:type="dxa" w:w="6066"/>
            <w:vAlign w:val="center"/>
          </w:tcPr>
          <w:p>
            <w:pPr>
              <w:spacing w:after="0" w:before="0"/>
            </w:pPr>
            <w:r>
              <w:rPr>
                <w:rFonts w:ascii="Yu Mincho" w:hAnsi="Yu Mincho" w:eastAsia="Yu Mincho"/>
                <w:sz w:val="14"/>
              </w:rPr>
              <w:t>Morceau symphonique</w:t>
            </w:r>
          </w:p>
        </w:tc>
        <w:tc>
          <w:tcPr>
            <w:tcW w:type="dxa" w:w="2835"/>
            <w:vAlign w:val="center"/>
          </w:tcPr>
          <w:p>
            <w:pPr>
              <w:spacing w:after="0" w:before="0"/>
            </w:pPr>
            <w:r>
              <w:rPr>
                <w:rFonts w:ascii="Yu Mincho" w:hAnsi="Yu Mincho" w:eastAsia="Yu Mincho"/>
                <w:sz w:val="14"/>
              </w:rPr>
              <w:t>交響的小品</w:t>
            </w:r>
          </w:p>
        </w:tc>
      </w:tr>
      <w:tr>
        <w:tc>
          <w:tcPr>
            <w:tcW w:type="dxa" w:w="1814"/>
            <w:vAlign w:val="center"/>
          </w:tcPr>
          <w:p>
            <w:pPr>
              <w:spacing w:after="0" w:before="0"/>
            </w:pPr>
            <w:r>
              <w:rPr>
                <w:rFonts w:ascii="Yu Mincho" w:hAnsi="Yu Mincho" w:eastAsia="Yu Mincho"/>
                <w:sz w:val="14"/>
              </w:rPr>
              <w:t>Gillingham David</w:t>
            </w:r>
          </w:p>
        </w:tc>
        <w:tc>
          <w:tcPr>
            <w:tcW w:type="dxa" w:w="3175"/>
            <w:vAlign w:val="center"/>
          </w:tcPr>
          <w:p>
            <w:pPr>
              <w:spacing w:after="0" w:before="0"/>
            </w:pPr>
            <w:r>
              <w:rPr>
                <w:rFonts w:ascii="Yu Mincho" w:hAnsi="Yu Mincho" w:eastAsia="Yu Mincho"/>
                <w:sz w:val="14"/>
              </w:rPr>
              <w:t>David Gillingham</w:t>
            </w:r>
          </w:p>
        </w:tc>
        <w:tc>
          <w:tcPr>
            <w:tcW w:type="dxa" w:w="1587"/>
            <w:vAlign w:val="center"/>
          </w:tcPr>
          <w:p>
            <w:pPr>
              <w:spacing w:after="0" w:before="0"/>
            </w:pPr>
            <w:r>
              <w:rPr>
                <w:rFonts w:ascii="Yu Mincho" w:hAnsi="Yu Mincho" w:eastAsia="Yu Mincho"/>
                <w:sz w:val="14"/>
              </w:rPr>
              <w:t>D. ギリングハム</w:t>
            </w:r>
          </w:p>
        </w:tc>
        <w:tc>
          <w:tcPr>
            <w:tcW w:type="dxa" w:w="6066"/>
            <w:vAlign w:val="center"/>
          </w:tcPr>
          <w:p>
            <w:pPr>
              <w:spacing w:after="0" w:before="0"/>
            </w:pPr>
            <w:r>
              <w:rPr>
                <w:rFonts w:ascii="Yu Mincho" w:hAnsi="Yu Mincho" w:eastAsia="Yu Mincho"/>
                <w:sz w:val="14"/>
              </w:rPr>
              <w:t>Sonata</w:t>
            </w:r>
          </w:p>
        </w:tc>
        <w:tc>
          <w:tcPr>
            <w:tcW w:type="dxa" w:w="2835"/>
            <w:vAlign w:val="center"/>
          </w:tcPr>
          <w:p>
            <w:pPr>
              <w:spacing w:after="0" w:before="0"/>
            </w:pPr>
            <w:r>
              <w:rPr>
                <w:rFonts w:ascii="Yu Mincho" w:hAnsi="Yu Mincho" w:eastAsia="Yu Mincho"/>
                <w:sz w:val="14"/>
              </w:rPr>
              <w:t>ソナタ</w:t>
            </w:r>
          </w:p>
        </w:tc>
      </w:tr>
      <w:tr>
        <w:tc>
          <w:tcPr>
            <w:tcW w:type="dxa" w:w="1814"/>
            <w:vAlign w:val="center"/>
          </w:tcPr>
          <w:p>
            <w:pPr>
              <w:spacing w:after="0" w:before="0"/>
            </w:pPr>
            <w:r>
              <w:rPr>
                <w:rFonts w:ascii="Yu Mincho" w:hAnsi="Yu Mincho" w:eastAsia="Yu Mincho"/>
                <w:sz w:val="14"/>
              </w:rPr>
              <w:t>Grøndahl Launy</w:t>
            </w:r>
          </w:p>
        </w:tc>
        <w:tc>
          <w:tcPr>
            <w:tcW w:type="dxa" w:w="3175"/>
            <w:vAlign w:val="center"/>
          </w:tcPr>
          <w:p>
            <w:pPr>
              <w:spacing w:after="0" w:before="0"/>
            </w:pPr>
            <w:r>
              <w:rPr>
                <w:rFonts w:ascii="Yu Mincho" w:hAnsi="Yu Mincho" w:eastAsia="Yu Mincho"/>
                <w:sz w:val="14"/>
              </w:rPr>
              <w:t>Launy Grøndahl</w:t>
            </w:r>
          </w:p>
        </w:tc>
        <w:tc>
          <w:tcPr>
            <w:tcW w:type="dxa" w:w="1587"/>
            <w:vAlign w:val="center"/>
          </w:tcPr>
          <w:p>
            <w:pPr>
              <w:spacing w:after="0" w:before="0"/>
            </w:pPr>
            <w:r>
              <w:rPr>
                <w:rFonts w:ascii="Yu Mincho" w:hAnsi="Yu Mincho" w:eastAsia="Yu Mincho"/>
                <w:sz w:val="14"/>
              </w:rPr>
              <w:t>L. グレンダール</w:t>
            </w:r>
          </w:p>
        </w:tc>
        <w:tc>
          <w:tcPr>
            <w:tcW w:type="dxa" w:w="6066"/>
            <w:vAlign w:val="center"/>
          </w:tcPr>
          <w:p>
            <w:pPr>
              <w:spacing w:after="0" w:before="0"/>
            </w:pPr>
            <w:r>
              <w:rPr>
                <w:rFonts w:ascii="Yu Mincho" w:hAnsi="Yu Mincho" w:eastAsia="Yu Mincho"/>
                <w:sz w:val="14"/>
              </w:rPr>
              <w:t>Concerto</w:t>
            </w:r>
          </w:p>
        </w:tc>
        <w:tc>
          <w:tcPr>
            <w:tcW w:type="dxa" w:w="2835"/>
            <w:vAlign w:val="center"/>
          </w:tcPr>
          <w:p>
            <w:pPr>
              <w:spacing w:after="0" w:before="0"/>
            </w:pPr>
            <w:r>
              <w:rPr>
                <w:rFonts w:ascii="Yu Mincho" w:hAnsi="Yu Mincho" w:eastAsia="Yu Mincho"/>
                <w:sz w:val="14"/>
              </w:rPr>
              <w:t>協奏曲</w:t>
            </w:r>
          </w:p>
        </w:tc>
      </w:tr>
      <w:tr>
        <w:tc>
          <w:tcPr>
            <w:tcW w:type="dxa" w:w="1814"/>
            <w:vAlign w:val="center"/>
          </w:tcPr>
          <w:p>
            <w:pPr>
              <w:spacing w:after="0" w:before="0"/>
            </w:pPr>
            <w:r>
              <w:rPr>
                <w:rFonts w:ascii="Yu Mincho" w:hAnsi="Yu Mincho" w:eastAsia="Yu Mincho"/>
                <w:sz w:val="14"/>
              </w:rPr>
              <w:t>Guilmant Alexandre</w:t>
            </w:r>
          </w:p>
        </w:tc>
        <w:tc>
          <w:tcPr>
            <w:tcW w:type="dxa" w:w="3175"/>
            <w:vAlign w:val="center"/>
          </w:tcPr>
          <w:p>
            <w:pPr>
              <w:spacing w:after="0" w:before="0"/>
            </w:pPr>
            <w:r>
              <w:rPr>
                <w:rFonts w:ascii="Yu Mincho" w:hAnsi="Yu Mincho" w:eastAsia="Yu Mincho"/>
                <w:sz w:val="14"/>
              </w:rPr>
              <w:t>Alexandre Guilmant</w:t>
            </w:r>
          </w:p>
        </w:tc>
        <w:tc>
          <w:tcPr>
            <w:tcW w:type="dxa" w:w="1587"/>
            <w:vAlign w:val="center"/>
          </w:tcPr>
          <w:p>
            <w:pPr>
              <w:spacing w:after="0" w:before="0"/>
            </w:pPr>
            <w:r>
              <w:rPr>
                <w:rFonts w:ascii="Yu Mincho" w:hAnsi="Yu Mincho" w:eastAsia="Yu Mincho"/>
                <w:sz w:val="14"/>
              </w:rPr>
              <w:t>A. ギルマン</w:t>
            </w:r>
          </w:p>
        </w:tc>
        <w:tc>
          <w:tcPr>
            <w:tcW w:type="dxa" w:w="6066"/>
            <w:vAlign w:val="center"/>
          </w:tcPr>
          <w:p>
            <w:pPr>
              <w:spacing w:after="0" w:before="0"/>
            </w:pPr>
            <w:r>
              <w:rPr>
                <w:rFonts w:ascii="Yu Mincho" w:hAnsi="Yu Mincho" w:eastAsia="Yu Mincho"/>
                <w:sz w:val="14"/>
              </w:rPr>
              <w:t>Morceau symphonique</w:t>
            </w:r>
          </w:p>
        </w:tc>
        <w:tc>
          <w:tcPr>
            <w:tcW w:type="dxa" w:w="2835"/>
            <w:vAlign w:val="center"/>
          </w:tcPr>
          <w:p>
            <w:pPr>
              <w:spacing w:after="0" w:before="0"/>
            </w:pPr>
            <w:r>
              <w:rPr>
                <w:rFonts w:ascii="Yu Mincho" w:hAnsi="Yu Mincho" w:eastAsia="Yu Mincho"/>
                <w:sz w:val="14"/>
              </w:rPr>
              <w:t>交響的小品</w:t>
            </w:r>
          </w:p>
        </w:tc>
      </w:tr>
      <w:tr>
        <w:tc>
          <w:tcPr>
            <w:tcW w:type="dxa" w:w="1814"/>
            <w:vAlign w:val="center"/>
          </w:tcPr>
          <w:p>
            <w:pPr>
              <w:spacing w:after="0" w:before="0"/>
            </w:pPr>
            <w:r>
              <w:rPr>
                <w:rFonts w:ascii="Yu Mincho" w:hAnsi="Yu Mincho" w:eastAsia="Yu Mincho"/>
                <w:sz w:val="14"/>
              </w:rPr>
              <w:t>Hidas Frigyes</w:t>
            </w:r>
          </w:p>
        </w:tc>
        <w:tc>
          <w:tcPr>
            <w:tcW w:type="dxa" w:w="3175"/>
            <w:vAlign w:val="center"/>
          </w:tcPr>
          <w:p>
            <w:pPr>
              <w:spacing w:after="0" w:before="0"/>
            </w:pPr>
            <w:r>
              <w:rPr>
                <w:rFonts w:ascii="Yu Mincho" w:hAnsi="Yu Mincho" w:eastAsia="Yu Mincho"/>
                <w:sz w:val="14"/>
              </w:rPr>
              <w:t>Frigyes Hidas</w:t>
            </w:r>
          </w:p>
        </w:tc>
        <w:tc>
          <w:tcPr>
            <w:tcW w:type="dxa" w:w="1587"/>
            <w:vAlign w:val="center"/>
          </w:tcPr>
          <w:p>
            <w:pPr>
              <w:spacing w:after="0" w:before="0"/>
            </w:pPr>
            <w:r>
              <w:rPr>
                <w:rFonts w:ascii="Yu Mincho" w:hAnsi="Yu Mincho" w:eastAsia="Yu Mincho"/>
                <w:sz w:val="14"/>
              </w:rPr>
              <w:t>F. ヒダシュ</w:t>
            </w:r>
          </w:p>
        </w:tc>
        <w:tc>
          <w:tcPr>
            <w:tcW w:type="dxa" w:w="6066"/>
            <w:vAlign w:val="center"/>
          </w:tcPr>
          <w:p>
            <w:pPr>
              <w:spacing w:after="0" w:before="0"/>
            </w:pPr>
            <w:r>
              <w:rPr>
                <w:rFonts w:ascii="Yu Mincho" w:hAnsi="Yu Mincho" w:eastAsia="Yu Mincho"/>
                <w:sz w:val="14"/>
              </w:rPr>
              <w:t>Meditation for Bass Trombone</w:t>
            </w:r>
          </w:p>
        </w:tc>
        <w:tc>
          <w:tcPr>
            <w:tcW w:type="dxa" w:w="2835"/>
            <w:vAlign w:val="center"/>
          </w:tcPr>
          <w:p>
            <w:pPr>
              <w:spacing w:after="0" w:before="0"/>
            </w:pPr>
            <w:r>
              <w:rPr>
                <w:rFonts w:ascii="Yu Mincho" w:hAnsi="Yu Mincho" w:eastAsia="Yu Mincho"/>
                <w:sz w:val="14"/>
              </w:rPr>
              <w:t>バストロンボーンのための瞑想</w:t>
            </w:r>
          </w:p>
        </w:tc>
      </w:tr>
      <w:tr>
        <w:tc>
          <w:tcPr>
            <w:tcW w:type="dxa" w:w="1814"/>
            <w:vAlign w:val="center"/>
          </w:tcPr>
          <w:p>
            <w:pPr>
              <w:spacing w:after="0" w:before="0"/>
            </w:pPr>
            <w:r>
              <w:rPr>
                <w:rFonts w:ascii="Yu Mincho" w:hAnsi="Yu Mincho" w:eastAsia="Yu Mincho"/>
                <w:sz w:val="14"/>
              </w:rPr>
              <w:t>Hidas Frigyes</w:t>
            </w:r>
          </w:p>
        </w:tc>
        <w:tc>
          <w:tcPr>
            <w:tcW w:type="dxa" w:w="3175"/>
            <w:vAlign w:val="center"/>
          </w:tcPr>
          <w:p>
            <w:pPr>
              <w:spacing w:after="0" w:before="0"/>
            </w:pPr>
            <w:r>
              <w:rPr>
                <w:rFonts w:ascii="Yu Mincho" w:hAnsi="Yu Mincho" w:eastAsia="Yu Mincho"/>
                <w:sz w:val="14"/>
              </w:rPr>
              <w:t>Frigyes Hidas</w:t>
            </w:r>
          </w:p>
        </w:tc>
        <w:tc>
          <w:tcPr>
            <w:tcW w:type="dxa" w:w="1587"/>
            <w:vAlign w:val="center"/>
          </w:tcPr>
          <w:p>
            <w:pPr>
              <w:spacing w:after="0" w:before="0"/>
            </w:pPr>
            <w:r>
              <w:rPr>
                <w:rFonts w:ascii="Yu Mincho" w:hAnsi="Yu Mincho" w:eastAsia="Yu Mincho"/>
                <w:sz w:val="14"/>
              </w:rPr>
              <w:t>F. ヒダシュ</w:t>
            </w:r>
          </w:p>
        </w:tc>
        <w:tc>
          <w:tcPr>
            <w:tcW w:type="dxa" w:w="6066"/>
            <w:vAlign w:val="center"/>
          </w:tcPr>
          <w:p>
            <w:pPr>
              <w:spacing w:after="0" w:before="0"/>
            </w:pPr>
            <w:r>
              <w:rPr>
                <w:rFonts w:ascii="Yu Mincho" w:hAnsi="Yu Mincho" w:eastAsia="Yu Mincho"/>
                <w:sz w:val="14"/>
              </w:rPr>
              <w:t>Movement für Posaune und Klavier</w:t>
            </w:r>
          </w:p>
        </w:tc>
        <w:tc>
          <w:tcPr>
            <w:tcW w:type="dxa" w:w="2835"/>
            <w:vAlign w:val="center"/>
          </w:tcPr>
          <w:p>
            <w:pPr>
              <w:spacing w:after="0" w:before="0"/>
            </w:pPr>
            <w:r>
              <w:rPr>
                <w:rFonts w:ascii="Yu Mincho" w:hAnsi="Yu Mincho" w:eastAsia="Yu Mincho"/>
                <w:sz w:val="14"/>
              </w:rPr>
              <w:t>ムーブメント</w:t>
            </w:r>
          </w:p>
        </w:tc>
      </w:tr>
      <w:tr>
        <w:tc>
          <w:tcPr>
            <w:tcW w:type="dxa" w:w="1814"/>
            <w:vAlign w:val="center"/>
          </w:tcPr>
          <w:p>
            <w:pPr>
              <w:spacing w:after="0" w:before="0"/>
            </w:pPr>
            <w:r>
              <w:rPr>
                <w:rFonts w:ascii="Yu Mincho" w:hAnsi="Yu Mincho" w:eastAsia="Yu Mincho"/>
                <w:sz w:val="14"/>
              </w:rPr>
              <w:t>Hindemith Paul</w:t>
            </w:r>
          </w:p>
        </w:tc>
        <w:tc>
          <w:tcPr>
            <w:tcW w:type="dxa" w:w="3175"/>
            <w:vAlign w:val="center"/>
          </w:tcPr>
          <w:p>
            <w:pPr>
              <w:spacing w:after="0" w:before="0"/>
            </w:pPr>
            <w:r>
              <w:rPr>
                <w:rFonts w:ascii="Yu Mincho" w:hAnsi="Yu Mincho" w:eastAsia="Yu Mincho"/>
                <w:sz w:val="14"/>
              </w:rPr>
              <w:t>Paul Hindemith</w:t>
            </w:r>
          </w:p>
        </w:tc>
        <w:tc>
          <w:tcPr>
            <w:tcW w:type="dxa" w:w="1587"/>
            <w:vAlign w:val="center"/>
          </w:tcPr>
          <w:p>
            <w:pPr>
              <w:spacing w:after="0" w:before="0"/>
            </w:pPr>
            <w:r>
              <w:rPr>
                <w:rFonts w:ascii="Yu Mincho" w:hAnsi="Yu Mincho" w:eastAsia="Yu Mincho"/>
                <w:sz w:val="14"/>
              </w:rPr>
              <w:t>P. ヒンデミット</w:t>
            </w:r>
          </w:p>
        </w:tc>
        <w:tc>
          <w:tcPr>
            <w:tcW w:type="dxa" w:w="6066"/>
            <w:vAlign w:val="center"/>
          </w:tcPr>
          <w:p>
            <w:pPr>
              <w:spacing w:after="0" w:before="0"/>
            </w:pPr>
            <w:r>
              <w:rPr>
                <w:rFonts w:ascii="Yu Mincho" w:hAnsi="Yu Mincho" w:eastAsia="Yu Mincho"/>
                <w:sz w:val="14"/>
              </w:rPr>
              <w:t>Sonate</w:t>
            </w:r>
          </w:p>
        </w:tc>
        <w:tc>
          <w:tcPr>
            <w:tcW w:type="dxa" w:w="2835"/>
            <w:vAlign w:val="center"/>
          </w:tcPr>
          <w:p>
            <w:pPr>
              <w:spacing w:after="0" w:before="0"/>
            </w:pPr>
            <w:r>
              <w:rPr>
                <w:rFonts w:ascii="Yu Mincho" w:hAnsi="Yu Mincho" w:eastAsia="Yu Mincho"/>
                <w:sz w:val="14"/>
              </w:rPr>
              <w:t>ソナタ</w:t>
            </w:r>
          </w:p>
        </w:tc>
      </w:tr>
      <w:tr>
        <w:tc>
          <w:tcPr>
            <w:tcW w:type="dxa" w:w="1814"/>
            <w:vAlign w:val="center"/>
          </w:tcPr>
          <w:p>
            <w:pPr>
              <w:spacing w:after="0" w:before="0"/>
            </w:pPr>
            <w:r>
              <w:rPr>
                <w:rFonts w:ascii="Yu Mincho" w:hAnsi="Yu Mincho" w:eastAsia="Yu Mincho"/>
                <w:sz w:val="14"/>
              </w:rPr>
              <w:t>Jacob Gordon</w:t>
            </w:r>
          </w:p>
        </w:tc>
        <w:tc>
          <w:tcPr>
            <w:tcW w:type="dxa" w:w="3175"/>
            <w:vAlign w:val="center"/>
          </w:tcPr>
          <w:p>
            <w:pPr>
              <w:spacing w:after="0" w:before="0"/>
            </w:pPr>
            <w:r>
              <w:rPr>
                <w:rFonts w:ascii="Yu Mincho" w:hAnsi="Yu Mincho" w:eastAsia="Yu Mincho"/>
                <w:sz w:val="14"/>
              </w:rPr>
              <w:t>Gordon Jacob</w:t>
            </w:r>
          </w:p>
        </w:tc>
        <w:tc>
          <w:tcPr>
            <w:tcW w:type="dxa" w:w="1587"/>
            <w:vAlign w:val="center"/>
          </w:tcPr>
          <w:p>
            <w:pPr>
              <w:spacing w:after="0" w:before="0"/>
            </w:pPr>
            <w:r>
              <w:rPr>
                <w:rFonts w:ascii="Yu Mincho" w:hAnsi="Yu Mincho" w:eastAsia="Yu Mincho"/>
                <w:sz w:val="14"/>
              </w:rPr>
              <w:t>G. ジェイコブ</w:t>
            </w:r>
          </w:p>
        </w:tc>
        <w:tc>
          <w:tcPr>
            <w:tcW w:type="dxa" w:w="6066"/>
            <w:vAlign w:val="center"/>
          </w:tcPr>
          <w:p>
            <w:pPr>
              <w:spacing w:after="0" w:before="0"/>
            </w:pPr>
            <w:r>
              <w:rPr>
                <w:rFonts w:ascii="Yu Mincho" w:hAnsi="Yu Mincho" w:eastAsia="Yu Mincho"/>
                <w:sz w:val="14"/>
              </w:rPr>
              <w:t>Concerto</w:t>
            </w:r>
          </w:p>
        </w:tc>
        <w:tc>
          <w:tcPr>
            <w:tcW w:type="dxa" w:w="2835"/>
            <w:vAlign w:val="center"/>
          </w:tcPr>
          <w:p>
            <w:pPr>
              <w:spacing w:after="0" w:before="0"/>
            </w:pPr>
            <w:r>
              <w:rPr>
                <w:rFonts w:ascii="Yu Mincho" w:hAnsi="Yu Mincho" w:eastAsia="Yu Mincho"/>
                <w:sz w:val="14"/>
              </w:rPr>
              <w:t>協奏曲</w:t>
            </w:r>
          </w:p>
        </w:tc>
      </w:tr>
      <w:tr>
        <w:tc>
          <w:tcPr>
            <w:tcW w:type="dxa" w:w="1814"/>
            <w:vAlign w:val="center"/>
          </w:tcPr>
          <w:p>
            <w:pPr>
              <w:spacing w:after="0" w:before="0"/>
            </w:pPr>
            <w:r>
              <w:rPr>
                <w:rFonts w:ascii="Yu Mincho" w:hAnsi="Yu Mincho" w:eastAsia="Yu Mincho"/>
                <w:sz w:val="14"/>
              </w:rPr>
              <w:t>Jongen Joseph</w:t>
            </w:r>
          </w:p>
        </w:tc>
        <w:tc>
          <w:tcPr>
            <w:tcW w:type="dxa" w:w="3175"/>
            <w:vAlign w:val="center"/>
          </w:tcPr>
          <w:p>
            <w:pPr>
              <w:spacing w:after="0" w:before="0"/>
            </w:pPr>
            <w:r>
              <w:rPr>
                <w:rFonts w:ascii="Yu Mincho" w:hAnsi="Yu Mincho" w:eastAsia="Yu Mincho"/>
                <w:sz w:val="14"/>
              </w:rPr>
              <w:t>Joseph Jongen</w:t>
            </w:r>
          </w:p>
        </w:tc>
        <w:tc>
          <w:tcPr>
            <w:tcW w:type="dxa" w:w="1587"/>
            <w:vAlign w:val="center"/>
          </w:tcPr>
          <w:p>
            <w:pPr>
              <w:spacing w:after="0" w:before="0"/>
            </w:pPr>
            <w:r>
              <w:rPr>
                <w:rFonts w:ascii="Yu Mincho" w:hAnsi="Yu Mincho" w:eastAsia="Yu Mincho"/>
                <w:sz w:val="14"/>
              </w:rPr>
              <w:t>J. ヨンゲン</w:t>
            </w:r>
          </w:p>
        </w:tc>
        <w:tc>
          <w:tcPr>
            <w:tcW w:type="dxa" w:w="6066"/>
            <w:vAlign w:val="center"/>
          </w:tcPr>
          <w:p>
            <w:pPr>
              <w:spacing w:after="0" w:before="0"/>
            </w:pPr>
            <w:r>
              <w:rPr>
                <w:rFonts w:ascii="Yu Mincho" w:hAnsi="Yu Mincho" w:eastAsia="Yu Mincho"/>
                <w:sz w:val="14"/>
              </w:rPr>
              <w:t>Aria et Polonaise</w:t>
            </w:r>
          </w:p>
        </w:tc>
        <w:tc>
          <w:tcPr>
            <w:tcW w:type="dxa" w:w="2835"/>
            <w:vAlign w:val="center"/>
          </w:tcPr>
          <w:p>
            <w:pPr>
              <w:spacing w:after="0" w:before="0"/>
            </w:pPr>
            <w:r>
              <w:rPr>
                <w:rFonts w:ascii="Yu Mincho" w:hAnsi="Yu Mincho" w:eastAsia="Yu Mincho"/>
                <w:sz w:val="14"/>
              </w:rPr>
              <w:t>アリアとポロネーズ</w:t>
            </w:r>
          </w:p>
        </w:tc>
      </w:tr>
      <w:tr>
        <w:tc>
          <w:tcPr>
            <w:tcW w:type="dxa" w:w="1814"/>
            <w:vAlign w:val="center"/>
          </w:tcPr>
          <w:p>
            <w:pPr>
              <w:spacing w:after="0" w:before="0"/>
            </w:pPr>
            <w:r>
              <w:rPr>
                <w:rFonts w:ascii="Yu Mincho" w:hAnsi="Yu Mincho" w:eastAsia="Yu Mincho"/>
                <w:sz w:val="14"/>
              </w:rPr>
              <w:t>Jørgensen Axel</w:t>
            </w:r>
          </w:p>
        </w:tc>
        <w:tc>
          <w:tcPr>
            <w:tcW w:type="dxa" w:w="3175"/>
            <w:vAlign w:val="center"/>
          </w:tcPr>
          <w:p>
            <w:pPr>
              <w:spacing w:after="0" w:before="0"/>
            </w:pPr>
            <w:r>
              <w:rPr>
                <w:rFonts w:ascii="Yu Mincho" w:hAnsi="Yu Mincho" w:eastAsia="Yu Mincho"/>
                <w:sz w:val="14"/>
              </w:rPr>
              <w:t>Axel Jørgensen</w:t>
            </w:r>
          </w:p>
        </w:tc>
        <w:tc>
          <w:tcPr>
            <w:tcW w:type="dxa" w:w="1587"/>
            <w:vAlign w:val="center"/>
          </w:tcPr>
          <w:p>
            <w:pPr>
              <w:spacing w:after="0" w:before="0"/>
            </w:pPr>
            <w:r>
              <w:rPr>
                <w:rFonts w:ascii="Yu Mincho" w:hAnsi="Yu Mincho" w:eastAsia="Yu Mincho"/>
                <w:sz w:val="14"/>
              </w:rPr>
              <w:t>A. ヨルゲンセン</w:t>
            </w:r>
          </w:p>
        </w:tc>
        <w:tc>
          <w:tcPr>
            <w:tcW w:type="dxa" w:w="6066"/>
            <w:vAlign w:val="center"/>
          </w:tcPr>
          <w:p>
            <w:pPr>
              <w:spacing w:after="0" w:before="0"/>
            </w:pPr>
            <w:r>
              <w:rPr>
                <w:rFonts w:ascii="Yu Mincho" w:hAnsi="Yu Mincho" w:eastAsia="Yu Mincho"/>
                <w:sz w:val="14"/>
              </w:rPr>
              <w:t>Suite for Trombone and Piano</w:t>
            </w:r>
          </w:p>
        </w:tc>
        <w:tc>
          <w:tcPr>
            <w:tcW w:type="dxa" w:w="2835"/>
            <w:vAlign w:val="center"/>
          </w:tcPr>
          <w:p>
            <w:pPr>
              <w:spacing w:after="0" w:before="0"/>
            </w:pPr>
            <w:r>
              <w:rPr>
                <w:rFonts w:ascii="Yu Mincho" w:hAnsi="Yu Mincho" w:eastAsia="Yu Mincho"/>
                <w:sz w:val="14"/>
              </w:rPr>
              <w:t>組曲</w:t>
            </w:r>
          </w:p>
        </w:tc>
      </w:tr>
      <w:tr>
        <w:tc>
          <w:tcPr>
            <w:tcW w:type="dxa" w:w="1814"/>
            <w:vAlign w:val="center"/>
          </w:tcPr>
          <w:p>
            <w:pPr>
              <w:spacing w:after="0" w:before="0"/>
            </w:pPr>
            <w:r>
              <w:rPr>
                <w:rFonts w:ascii="Yu Mincho" w:hAnsi="Yu Mincho" w:eastAsia="Yu Mincho"/>
                <w:sz w:val="14"/>
              </w:rPr>
              <w:t>Koetsier Jan</w:t>
            </w:r>
          </w:p>
        </w:tc>
        <w:tc>
          <w:tcPr>
            <w:tcW w:type="dxa" w:w="3175"/>
            <w:vAlign w:val="center"/>
          </w:tcPr>
          <w:p>
            <w:pPr>
              <w:spacing w:after="0" w:before="0"/>
            </w:pPr>
            <w:r>
              <w:rPr>
                <w:rFonts w:ascii="Yu Mincho" w:hAnsi="Yu Mincho" w:eastAsia="Yu Mincho"/>
                <w:sz w:val="14"/>
              </w:rPr>
              <w:t>Jan Koetsier</w:t>
            </w:r>
          </w:p>
        </w:tc>
        <w:tc>
          <w:tcPr>
            <w:tcW w:type="dxa" w:w="1587"/>
            <w:vAlign w:val="center"/>
          </w:tcPr>
          <w:p>
            <w:pPr>
              <w:spacing w:after="0" w:before="0"/>
            </w:pPr>
            <w:r>
              <w:rPr>
                <w:rFonts w:ascii="Yu Mincho" w:hAnsi="Yu Mincho" w:eastAsia="Yu Mincho"/>
                <w:sz w:val="14"/>
              </w:rPr>
              <w:t>J. クーツィール</w:t>
            </w:r>
          </w:p>
        </w:tc>
        <w:tc>
          <w:tcPr>
            <w:tcW w:type="dxa" w:w="6066"/>
            <w:vAlign w:val="center"/>
          </w:tcPr>
          <w:p>
            <w:pPr>
              <w:spacing w:after="0" w:before="0"/>
            </w:pPr>
            <w:r>
              <w:rPr>
                <w:rFonts w:ascii="Yu Mincho" w:hAnsi="Yu Mincho" w:eastAsia="Yu Mincho"/>
                <w:sz w:val="14"/>
              </w:rPr>
              <w:t>Allegro Maestoso</w:t>
            </w:r>
          </w:p>
        </w:tc>
        <w:tc>
          <w:tcPr>
            <w:tcW w:type="dxa" w:w="2835"/>
            <w:vAlign w:val="center"/>
          </w:tcPr>
          <w:p>
            <w:pPr>
              <w:spacing w:after="0" w:before="0"/>
            </w:pPr>
            <w:r>
              <w:rPr>
                <w:rFonts w:ascii="Yu Mincho" w:hAnsi="Yu Mincho" w:eastAsia="Yu Mincho"/>
                <w:sz w:val="14"/>
              </w:rPr>
              <w:t>アレグロ・マエストーソ</w:t>
            </w:r>
          </w:p>
        </w:tc>
      </w:tr>
      <w:tr>
        <w:tc>
          <w:tcPr>
            <w:tcW w:type="dxa" w:w="1814"/>
            <w:vAlign w:val="center"/>
          </w:tcPr>
          <w:p>
            <w:pPr>
              <w:spacing w:after="0" w:before="0"/>
            </w:pPr>
            <w:r>
              <w:rPr>
                <w:rFonts w:ascii="Yu Mincho" w:hAnsi="Yu Mincho" w:eastAsia="Yu Mincho"/>
                <w:sz w:val="14"/>
              </w:rPr>
              <w:t>Krol Bernhard</w:t>
            </w:r>
          </w:p>
        </w:tc>
        <w:tc>
          <w:tcPr>
            <w:tcW w:type="dxa" w:w="3175"/>
            <w:vAlign w:val="center"/>
          </w:tcPr>
          <w:p>
            <w:pPr>
              <w:spacing w:after="0" w:before="0"/>
            </w:pPr>
            <w:r>
              <w:rPr>
                <w:rFonts w:ascii="Yu Mincho" w:hAnsi="Yu Mincho" w:eastAsia="Yu Mincho"/>
                <w:sz w:val="14"/>
              </w:rPr>
              <w:t>Bernhard Krol</w:t>
            </w:r>
          </w:p>
        </w:tc>
        <w:tc>
          <w:tcPr>
            <w:tcW w:type="dxa" w:w="1587"/>
            <w:vAlign w:val="center"/>
          </w:tcPr>
          <w:p>
            <w:pPr>
              <w:spacing w:after="0" w:before="0"/>
            </w:pPr>
            <w:r>
              <w:rPr>
                <w:rFonts w:ascii="Yu Mincho" w:hAnsi="Yu Mincho" w:eastAsia="Yu Mincho"/>
                <w:sz w:val="14"/>
              </w:rPr>
              <w:t>B. クロル</w:t>
            </w:r>
          </w:p>
        </w:tc>
        <w:tc>
          <w:tcPr>
            <w:tcW w:type="dxa" w:w="6066"/>
            <w:vAlign w:val="center"/>
          </w:tcPr>
          <w:p>
            <w:pPr>
              <w:spacing w:after="0" w:before="0"/>
            </w:pPr>
            <w:r>
              <w:rPr>
                <w:rFonts w:ascii="Yu Mincho" w:hAnsi="Yu Mincho" w:eastAsia="Yu Mincho"/>
                <w:sz w:val="14"/>
              </w:rPr>
              <w:t>Capriccio da Camera</w:t>
            </w:r>
          </w:p>
        </w:tc>
        <w:tc>
          <w:tcPr>
            <w:tcW w:type="dxa" w:w="2835"/>
            <w:vAlign w:val="center"/>
          </w:tcPr>
          <w:p>
            <w:pPr>
              <w:spacing w:after="0" w:before="0"/>
            </w:pPr>
            <w:r>
              <w:rPr>
                <w:rFonts w:ascii="Yu Mincho" w:hAnsi="Yu Mincho" w:eastAsia="Yu Mincho"/>
                <w:sz w:val="14"/>
              </w:rPr>
              <w:t>カプリッチョ・ダ・カメラ</w:t>
            </w:r>
          </w:p>
        </w:tc>
      </w:tr>
      <w:tr>
        <w:tc>
          <w:tcPr>
            <w:tcW w:type="dxa" w:w="1814"/>
            <w:vAlign w:val="center"/>
          </w:tcPr>
          <w:p>
            <w:pPr>
              <w:spacing w:after="0" w:before="0"/>
            </w:pPr>
            <w:r>
              <w:rPr>
                <w:rFonts w:ascii="Yu Mincho" w:hAnsi="Yu Mincho" w:eastAsia="Yu Mincho"/>
                <w:sz w:val="14"/>
              </w:rPr>
              <w:t>Lantier Pierre</w:t>
            </w:r>
          </w:p>
        </w:tc>
        <w:tc>
          <w:tcPr>
            <w:tcW w:type="dxa" w:w="3175"/>
            <w:vAlign w:val="center"/>
          </w:tcPr>
          <w:p>
            <w:pPr>
              <w:spacing w:after="0" w:before="0"/>
            </w:pPr>
            <w:r>
              <w:rPr>
                <w:rFonts w:ascii="Yu Mincho" w:hAnsi="Yu Mincho" w:eastAsia="Yu Mincho"/>
                <w:sz w:val="14"/>
              </w:rPr>
              <w:t>Pierre Lantier</w:t>
            </w:r>
          </w:p>
        </w:tc>
        <w:tc>
          <w:tcPr>
            <w:tcW w:type="dxa" w:w="1587"/>
            <w:vAlign w:val="center"/>
          </w:tcPr>
          <w:p>
            <w:pPr>
              <w:spacing w:after="0" w:before="0"/>
            </w:pPr>
            <w:r>
              <w:rPr>
                <w:rFonts w:ascii="Yu Mincho" w:hAnsi="Yu Mincho" w:eastAsia="Yu Mincho"/>
                <w:sz w:val="14"/>
              </w:rPr>
              <w:t>P. ランティエ</w:t>
            </w:r>
          </w:p>
        </w:tc>
        <w:tc>
          <w:tcPr>
            <w:tcW w:type="dxa" w:w="6066"/>
            <w:vAlign w:val="center"/>
          </w:tcPr>
          <w:p>
            <w:pPr>
              <w:spacing w:after="0" w:before="0"/>
            </w:pPr>
            <w:r>
              <w:rPr>
                <w:rFonts w:ascii="Yu Mincho" w:hAnsi="Yu Mincho" w:eastAsia="Yu Mincho"/>
                <w:sz w:val="14"/>
              </w:rPr>
              <w:t>Introduction, Romance et Allegro</w:t>
            </w:r>
          </w:p>
        </w:tc>
        <w:tc>
          <w:tcPr>
            <w:tcW w:type="dxa" w:w="2835"/>
            <w:vAlign w:val="center"/>
          </w:tcPr>
          <w:p>
            <w:pPr>
              <w:spacing w:after="0" w:before="0"/>
            </w:pPr>
            <w:r>
              <w:rPr>
                <w:rFonts w:ascii="Yu Mincho" w:hAnsi="Yu Mincho" w:eastAsia="Yu Mincho"/>
                <w:sz w:val="14"/>
              </w:rPr>
              <w:t>イントロダクション、ロマンスとアレグロ</w:t>
            </w:r>
          </w:p>
        </w:tc>
      </w:tr>
      <w:tr>
        <w:tc>
          <w:tcPr>
            <w:tcW w:type="dxa" w:w="1814"/>
            <w:vAlign w:val="center"/>
          </w:tcPr>
          <w:p>
            <w:pPr>
              <w:spacing w:after="0" w:before="0"/>
            </w:pPr>
            <w:r>
              <w:rPr>
                <w:rFonts w:ascii="Yu Mincho" w:hAnsi="Yu Mincho" w:eastAsia="Yu Mincho"/>
                <w:sz w:val="14"/>
              </w:rPr>
              <w:t>Larsson Lars-Erik</w:t>
            </w:r>
          </w:p>
        </w:tc>
        <w:tc>
          <w:tcPr>
            <w:tcW w:type="dxa" w:w="3175"/>
            <w:vAlign w:val="center"/>
          </w:tcPr>
          <w:p>
            <w:pPr>
              <w:spacing w:after="0" w:before="0"/>
            </w:pPr>
            <w:r>
              <w:rPr>
                <w:rFonts w:ascii="Yu Mincho" w:hAnsi="Yu Mincho" w:eastAsia="Yu Mincho"/>
                <w:sz w:val="14"/>
              </w:rPr>
              <w:t>Lars-Erik Larsson</w:t>
            </w:r>
          </w:p>
        </w:tc>
        <w:tc>
          <w:tcPr>
            <w:tcW w:type="dxa" w:w="1587"/>
            <w:vAlign w:val="center"/>
          </w:tcPr>
          <w:p>
            <w:pPr>
              <w:spacing w:after="0" w:before="0"/>
            </w:pPr>
            <w:r>
              <w:rPr>
                <w:rFonts w:ascii="Yu Mincho" w:hAnsi="Yu Mincho" w:eastAsia="Yu Mincho"/>
                <w:sz w:val="14"/>
              </w:rPr>
              <w:t>L.-E. ラーション</w:t>
            </w:r>
          </w:p>
        </w:tc>
        <w:tc>
          <w:tcPr>
            <w:tcW w:type="dxa" w:w="6066"/>
            <w:vAlign w:val="center"/>
          </w:tcPr>
          <w:p>
            <w:pPr>
              <w:spacing w:after="0" w:before="0"/>
            </w:pPr>
            <w:r>
              <w:rPr>
                <w:rFonts w:ascii="Yu Mincho" w:hAnsi="Yu Mincho" w:eastAsia="Yu Mincho"/>
                <w:sz w:val="14"/>
              </w:rPr>
              <w:t>Concertino</w:t>
            </w:r>
          </w:p>
        </w:tc>
        <w:tc>
          <w:tcPr>
            <w:tcW w:type="dxa" w:w="2835"/>
            <w:vAlign w:val="center"/>
          </w:tcPr>
          <w:p>
            <w:pPr>
              <w:spacing w:after="0" w:before="0"/>
            </w:pPr>
            <w:r>
              <w:rPr>
                <w:rFonts w:ascii="Yu Mincho" w:hAnsi="Yu Mincho" w:eastAsia="Yu Mincho"/>
                <w:sz w:val="14"/>
              </w:rPr>
              <w:t>小協奏曲</w:t>
            </w:r>
          </w:p>
        </w:tc>
      </w:tr>
      <w:tr>
        <w:tc>
          <w:tcPr>
            <w:tcW w:type="dxa" w:w="1814"/>
            <w:vAlign w:val="center"/>
          </w:tcPr>
          <w:p>
            <w:pPr>
              <w:spacing w:after="0" w:before="0"/>
            </w:pPr>
            <w:r>
              <w:rPr>
                <w:rFonts w:ascii="Yu Mincho" w:hAnsi="Yu Mincho" w:eastAsia="Yu Mincho"/>
                <w:sz w:val="14"/>
              </w:rPr>
              <w:t>Lebedjew Alexej</w:t>
            </w:r>
          </w:p>
        </w:tc>
        <w:tc>
          <w:tcPr>
            <w:tcW w:type="dxa" w:w="3175"/>
            <w:vAlign w:val="center"/>
          </w:tcPr>
          <w:p>
            <w:pPr>
              <w:spacing w:after="0" w:before="0"/>
            </w:pPr>
            <w:r>
              <w:rPr>
                <w:rFonts w:ascii="Yu Mincho" w:hAnsi="Yu Mincho" w:eastAsia="Yu Mincho"/>
                <w:sz w:val="14"/>
              </w:rPr>
              <w:t>Алексей Лебедев / Alexej Lebedjew</w:t>
            </w:r>
          </w:p>
        </w:tc>
        <w:tc>
          <w:tcPr>
            <w:tcW w:type="dxa" w:w="1587"/>
            <w:vAlign w:val="center"/>
          </w:tcPr>
          <w:p>
            <w:pPr>
              <w:spacing w:after="0" w:before="0"/>
            </w:pPr>
            <w:r>
              <w:rPr>
                <w:rFonts w:ascii="Yu Mincho" w:hAnsi="Yu Mincho" w:eastAsia="Yu Mincho"/>
                <w:sz w:val="14"/>
              </w:rPr>
              <w:t>A. レベデフ</w:t>
            </w:r>
          </w:p>
        </w:tc>
        <w:tc>
          <w:tcPr>
            <w:tcW w:type="dxa" w:w="6066"/>
            <w:vAlign w:val="center"/>
          </w:tcPr>
          <w:p>
            <w:pPr>
              <w:spacing w:after="0" w:before="0"/>
            </w:pPr>
            <w:r>
              <w:rPr>
                <w:rFonts w:ascii="Yu Mincho" w:hAnsi="Yu Mincho" w:eastAsia="Yu Mincho"/>
                <w:sz w:val="14"/>
              </w:rPr>
              <w:t>Концерт в одной части / Concerto in One Movement</w:t>
            </w:r>
          </w:p>
        </w:tc>
        <w:tc>
          <w:tcPr>
            <w:tcW w:type="dxa" w:w="2835"/>
            <w:vAlign w:val="center"/>
          </w:tcPr>
          <w:p>
            <w:pPr>
              <w:spacing w:after="0" w:before="0"/>
            </w:pPr>
            <w:r>
              <w:rPr>
                <w:rFonts w:ascii="Yu Mincho" w:hAnsi="Yu Mincho" w:eastAsia="Yu Mincho"/>
                <w:sz w:val="14"/>
              </w:rPr>
              <w:t>1つの楽章の協奏曲</w:t>
            </w:r>
          </w:p>
        </w:tc>
      </w:tr>
      <w:tr>
        <w:tc>
          <w:tcPr>
            <w:tcW w:type="dxa" w:w="1814"/>
            <w:vAlign w:val="center"/>
          </w:tcPr>
          <w:p>
            <w:pPr>
              <w:spacing w:after="0" w:before="0"/>
            </w:pPr>
            <w:r>
              <w:rPr>
                <w:rFonts w:ascii="Yu Mincho" w:hAnsi="Yu Mincho" w:eastAsia="Yu Mincho"/>
                <w:sz w:val="14"/>
              </w:rPr>
              <w:t>Lebedjew Alexej</w:t>
            </w:r>
          </w:p>
        </w:tc>
        <w:tc>
          <w:tcPr>
            <w:tcW w:type="dxa" w:w="3175"/>
            <w:vAlign w:val="center"/>
          </w:tcPr>
          <w:p>
            <w:pPr>
              <w:spacing w:after="0" w:before="0"/>
            </w:pPr>
            <w:r>
              <w:rPr>
                <w:rFonts w:ascii="Yu Mincho" w:hAnsi="Yu Mincho" w:eastAsia="Yu Mincho"/>
                <w:sz w:val="14"/>
              </w:rPr>
              <w:t>Алексей Лебедев / Alexej Lebedjew</w:t>
            </w:r>
          </w:p>
        </w:tc>
        <w:tc>
          <w:tcPr>
            <w:tcW w:type="dxa" w:w="1587"/>
            <w:vAlign w:val="center"/>
          </w:tcPr>
          <w:p>
            <w:pPr>
              <w:spacing w:after="0" w:before="0"/>
            </w:pPr>
            <w:r>
              <w:rPr>
                <w:rFonts w:ascii="Yu Mincho" w:hAnsi="Yu Mincho" w:eastAsia="Yu Mincho"/>
                <w:sz w:val="14"/>
              </w:rPr>
              <w:t>A. レベデフ</w:t>
            </w:r>
          </w:p>
        </w:tc>
        <w:tc>
          <w:tcPr>
            <w:tcW w:type="dxa" w:w="6066"/>
            <w:vAlign w:val="center"/>
          </w:tcPr>
          <w:p>
            <w:pPr>
              <w:spacing w:after="0" w:before="0"/>
            </w:pPr>
            <w:r>
              <w:rPr>
                <w:rFonts w:ascii="Yu Mincho" w:hAnsi="Yu Mincho" w:eastAsia="Yu Mincho"/>
                <w:sz w:val="14"/>
              </w:rPr>
              <w:t>Концерт № 2 / Concerto No. 2</w:t>
            </w:r>
          </w:p>
        </w:tc>
        <w:tc>
          <w:tcPr>
            <w:tcW w:type="dxa" w:w="2835"/>
            <w:vAlign w:val="center"/>
          </w:tcPr>
          <w:p>
            <w:pPr>
              <w:spacing w:after="0" w:before="0"/>
            </w:pPr>
            <w:r>
              <w:rPr>
                <w:rFonts w:ascii="Yu Mincho" w:hAnsi="Yu Mincho" w:eastAsia="Yu Mincho"/>
                <w:sz w:val="14"/>
              </w:rPr>
              <w:t>協奏曲 第2番</w:t>
            </w:r>
          </w:p>
        </w:tc>
      </w:tr>
      <w:tr>
        <w:tc>
          <w:tcPr>
            <w:tcW w:type="dxa" w:w="1814"/>
            <w:vAlign w:val="center"/>
          </w:tcPr>
          <w:p>
            <w:pPr>
              <w:spacing w:after="0" w:before="0"/>
            </w:pPr>
            <w:r>
              <w:rPr>
                <w:rFonts w:ascii="Yu Mincho" w:hAnsi="Yu Mincho" w:eastAsia="Yu Mincho"/>
                <w:sz w:val="14"/>
              </w:rPr>
              <w:t>Lebedjew Alexej</w:t>
            </w:r>
          </w:p>
        </w:tc>
        <w:tc>
          <w:tcPr>
            <w:tcW w:type="dxa" w:w="3175"/>
            <w:vAlign w:val="center"/>
          </w:tcPr>
          <w:p>
            <w:pPr>
              <w:spacing w:after="0" w:before="0"/>
            </w:pPr>
            <w:r>
              <w:rPr>
                <w:rFonts w:ascii="Yu Mincho" w:hAnsi="Yu Mincho" w:eastAsia="Yu Mincho"/>
                <w:sz w:val="14"/>
              </w:rPr>
              <w:t>Алексей Лебедев / Alexej Lebedjew</w:t>
            </w:r>
          </w:p>
        </w:tc>
        <w:tc>
          <w:tcPr>
            <w:tcW w:type="dxa" w:w="1587"/>
            <w:vAlign w:val="center"/>
          </w:tcPr>
          <w:p>
            <w:pPr>
              <w:spacing w:after="0" w:before="0"/>
            </w:pPr>
            <w:r>
              <w:rPr>
                <w:rFonts w:ascii="Yu Mincho" w:hAnsi="Yu Mincho" w:eastAsia="Yu Mincho"/>
                <w:sz w:val="14"/>
              </w:rPr>
              <w:t>A. レベデフ</w:t>
            </w:r>
          </w:p>
        </w:tc>
        <w:tc>
          <w:tcPr>
            <w:tcW w:type="dxa" w:w="6066"/>
            <w:vAlign w:val="center"/>
          </w:tcPr>
          <w:p>
            <w:pPr>
              <w:spacing w:after="0" w:before="0"/>
            </w:pPr>
            <w:r>
              <w:rPr>
                <w:rFonts w:ascii="Yu Mincho" w:hAnsi="Yu Mincho" w:eastAsia="Yu Mincho"/>
                <w:sz w:val="14"/>
              </w:rPr>
              <w:t>Концертное аллегро / Konzertantes Allegro</w:t>
            </w:r>
          </w:p>
        </w:tc>
        <w:tc>
          <w:tcPr>
            <w:tcW w:type="dxa" w:w="2835"/>
            <w:vAlign w:val="center"/>
          </w:tcPr>
          <w:p>
            <w:pPr>
              <w:spacing w:after="0" w:before="0"/>
            </w:pPr>
            <w:r>
              <w:rPr>
                <w:rFonts w:ascii="Yu Mincho" w:hAnsi="Yu Mincho" w:eastAsia="Yu Mincho"/>
                <w:sz w:val="14"/>
              </w:rPr>
              <w:t>コンチェルタンテ・アレグロ</w:t>
            </w:r>
          </w:p>
        </w:tc>
      </w:tr>
      <w:tr>
        <w:tc>
          <w:tcPr>
            <w:tcW w:type="dxa" w:w="1814"/>
            <w:vAlign w:val="center"/>
          </w:tcPr>
          <w:p>
            <w:pPr>
              <w:spacing w:after="0" w:before="0"/>
            </w:pPr>
            <w:r>
              <w:rPr>
                <w:rFonts w:ascii="Yu Mincho" w:hAnsi="Yu Mincho" w:eastAsia="Yu Mincho"/>
                <w:sz w:val="14"/>
              </w:rPr>
              <w:t>Marcello Benedetto</w:t>
            </w:r>
          </w:p>
        </w:tc>
        <w:tc>
          <w:tcPr>
            <w:tcW w:type="dxa" w:w="3175"/>
            <w:vAlign w:val="center"/>
          </w:tcPr>
          <w:p>
            <w:pPr>
              <w:spacing w:after="0" w:before="0"/>
            </w:pPr>
            <w:r>
              <w:rPr>
                <w:rFonts w:ascii="Yu Mincho" w:hAnsi="Yu Mincho" w:eastAsia="Yu Mincho"/>
                <w:sz w:val="14"/>
              </w:rPr>
              <w:t>Benedetto Marcello</w:t>
            </w:r>
          </w:p>
        </w:tc>
        <w:tc>
          <w:tcPr>
            <w:tcW w:type="dxa" w:w="1587"/>
            <w:vAlign w:val="center"/>
          </w:tcPr>
          <w:p>
            <w:pPr>
              <w:spacing w:after="0" w:before="0"/>
            </w:pPr>
            <w:r>
              <w:rPr>
                <w:rFonts w:ascii="Yu Mincho" w:hAnsi="Yu Mincho" w:eastAsia="Yu Mincho"/>
                <w:sz w:val="14"/>
              </w:rPr>
              <w:t>B. マルチェロ</w:t>
            </w:r>
          </w:p>
        </w:tc>
        <w:tc>
          <w:tcPr>
            <w:tcW w:type="dxa" w:w="6066"/>
            <w:vAlign w:val="center"/>
          </w:tcPr>
          <w:p>
            <w:pPr>
              <w:spacing w:after="0" w:before="0"/>
            </w:pPr>
            <w:r>
              <w:rPr>
                <w:rFonts w:ascii="Yu Mincho" w:hAnsi="Yu Mincho" w:eastAsia="Yu Mincho"/>
                <w:sz w:val="14"/>
              </w:rPr>
              <w:t>Sonata in F major No.1</w:t>
            </w:r>
          </w:p>
        </w:tc>
        <w:tc>
          <w:tcPr>
            <w:tcW w:type="dxa" w:w="2835"/>
            <w:vAlign w:val="center"/>
          </w:tcPr>
          <w:p>
            <w:pPr>
              <w:spacing w:after="0" w:before="0"/>
            </w:pPr>
            <w:r>
              <w:rPr>
                <w:rFonts w:ascii="Yu Mincho" w:hAnsi="Yu Mincho" w:eastAsia="Yu Mincho"/>
                <w:sz w:val="14"/>
              </w:rPr>
              <w:t>ソナタ ヘ長調 第1番</w:t>
            </w:r>
          </w:p>
        </w:tc>
      </w:tr>
      <w:tr>
        <w:tc>
          <w:tcPr>
            <w:tcW w:type="dxa" w:w="1814"/>
            <w:vAlign w:val="center"/>
          </w:tcPr>
          <w:p>
            <w:pPr>
              <w:spacing w:after="0" w:before="0"/>
            </w:pPr>
            <w:r>
              <w:rPr>
                <w:rFonts w:ascii="Yu Mincho" w:hAnsi="Yu Mincho" w:eastAsia="Yu Mincho"/>
                <w:sz w:val="14"/>
              </w:rPr>
              <w:t>Martin Frank</w:t>
            </w:r>
          </w:p>
        </w:tc>
        <w:tc>
          <w:tcPr>
            <w:tcW w:type="dxa" w:w="3175"/>
            <w:vAlign w:val="center"/>
          </w:tcPr>
          <w:p>
            <w:pPr>
              <w:spacing w:after="0" w:before="0"/>
            </w:pPr>
            <w:r>
              <w:rPr>
                <w:rFonts w:ascii="Yu Mincho" w:hAnsi="Yu Mincho" w:eastAsia="Yu Mincho"/>
                <w:sz w:val="14"/>
              </w:rPr>
              <w:t>Frank Martin</w:t>
            </w:r>
          </w:p>
        </w:tc>
        <w:tc>
          <w:tcPr>
            <w:tcW w:type="dxa" w:w="1587"/>
            <w:vAlign w:val="center"/>
          </w:tcPr>
          <w:p>
            <w:pPr>
              <w:spacing w:after="0" w:before="0"/>
            </w:pPr>
            <w:r>
              <w:rPr>
                <w:rFonts w:ascii="Yu Mincho" w:hAnsi="Yu Mincho" w:eastAsia="Yu Mincho"/>
                <w:sz w:val="14"/>
              </w:rPr>
              <w:t>F. マルタン</w:t>
            </w:r>
          </w:p>
        </w:tc>
        <w:tc>
          <w:tcPr>
            <w:tcW w:type="dxa" w:w="6066"/>
            <w:vAlign w:val="center"/>
          </w:tcPr>
          <w:p>
            <w:pPr>
              <w:spacing w:after="0" w:before="0"/>
            </w:pPr>
            <w:r>
              <w:rPr>
                <w:rFonts w:ascii="Yu Mincho" w:hAnsi="Yu Mincho" w:eastAsia="Yu Mincho"/>
                <w:sz w:val="14"/>
              </w:rPr>
              <w:t>Ballade</w:t>
            </w:r>
          </w:p>
        </w:tc>
        <w:tc>
          <w:tcPr>
            <w:tcW w:type="dxa" w:w="2835"/>
            <w:vAlign w:val="center"/>
          </w:tcPr>
          <w:p>
            <w:pPr>
              <w:spacing w:after="0" w:before="0"/>
            </w:pPr>
            <w:r>
              <w:rPr>
                <w:rFonts w:ascii="Yu Mincho" w:hAnsi="Yu Mincho" w:eastAsia="Yu Mincho"/>
                <w:sz w:val="14"/>
              </w:rPr>
              <w:t>バラード</w:t>
            </w:r>
          </w:p>
        </w:tc>
      </w:tr>
      <w:tr>
        <w:tc>
          <w:tcPr>
            <w:tcW w:type="dxa" w:w="1814"/>
            <w:vAlign w:val="center"/>
          </w:tcPr>
          <w:p>
            <w:pPr>
              <w:spacing w:after="0" w:before="0"/>
            </w:pPr>
            <w:r>
              <w:rPr>
                <w:rFonts w:ascii="Yu Mincho" w:hAnsi="Yu Mincho" w:eastAsia="Yu Mincho"/>
                <w:sz w:val="14"/>
              </w:rPr>
              <w:t>Mortimer John Glenesk</w:t>
            </w:r>
          </w:p>
        </w:tc>
        <w:tc>
          <w:tcPr>
            <w:tcW w:type="dxa" w:w="3175"/>
            <w:vAlign w:val="center"/>
          </w:tcPr>
          <w:p>
            <w:pPr>
              <w:spacing w:after="0" w:before="0"/>
            </w:pPr>
            <w:r>
              <w:rPr>
                <w:rFonts w:ascii="Yu Mincho" w:hAnsi="Yu Mincho" w:eastAsia="Yu Mincho"/>
                <w:sz w:val="14"/>
              </w:rPr>
              <w:t>John Glenesk Mortimer</w:t>
            </w:r>
          </w:p>
        </w:tc>
        <w:tc>
          <w:tcPr>
            <w:tcW w:type="dxa" w:w="1587"/>
            <w:vAlign w:val="center"/>
          </w:tcPr>
          <w:p>
            <w:pPr>
              <w:spacing w:after="0" w:before="0"/>
            </w:pPr>
            <w:r>
              <w:rPr>
                <w:rFonts w:ascii="Yu Mincho" w:hAnsi="Yu Mincho" w:eastAsia="Yu Mincho"/>
                <w:sz w:val="14"/>
              </w:rPr>
              <w:t>J. G. モーティマー</w:t>
            </w:r>
          </w:p>
        </w:tc>
        <w:tc>
          <w:tcPr>
            <w:tcW w:type="dxa" w:w="6066"/>
            <w:vAlign w:val="center"/>
          </w:tcPr>
          <w:p>
            <w:pPr>
              <w:spacing w:after="0" w:before="0"/>
            </w:pPr>
            <w:r>
              <w:rPr>
                <w:rFonts w:ascii="Yu Mincho" w:hAnsi="Yu Mincho" w:eastAsia="Yu Mincho"/>
                <w:sz w:val="14"/>
              </w:rPr>
              <w:t>Prelude and Dance</w:t>
            </w:r>
          </w:p>
        </w:tc>
        <w:tc>
          <w:tcPr>
            <w:tcW w:type="dxa" w:w="2835"/>
            <w:vAlign w:val="center"/>
          </w:tcPr>
          <w:p>
            <w:pPr>
              <w:spacing w:after="0" w:before="0"/>
            </w:pPr>
            <w:r>
              <w:rPr>
                <w:rFonts w:ascii="Yu Mincho" w:hAnsi="Yu Mincho" w:eastAsia="Yu Mincho"/>
                <w:sz w:val="14"/>
              </w:rPr>
              <w:t>前奏曲と舞曲</w:t>
            </w:r>
          </w:p>
        </w:tc>
      </w:tr>
      <w:tr>
        <w:tc>
          <w:tcPr>
            <w:tcW w:type="dxa" w:w="1814"/>
            <w:vAlign w:val="center"/>
          </w:tcPr>
          <w:p>
            <w:pPr>
              <w:spacing w:after="0" w:before="0"/>
            </w:pPr>
            <w:r>
              <w:rPr>
                <w:rFonts w:ascii="Yu Mincho" w:hAnsi="Yu Mincho" w:eastAsia="Yu Mincho"/>
                <w:sz w:val="14"/>
              </w:rPr>
              <w:t>Naulais Jérôme</w:t>
            </w:r>
          </w:p>
        </w:tc>
        <w:tc>
          <w:tcPr>
            <w:tcW w:type="dxa" w:w="3175"/>
            <w:vAlign w:val="center"/>
          </w:tcPr>
          <w:p>
            <w:pPr>
              <w:spacing w:after="0" w:before="0"/>
            </w:pPr>
            <w:r>
              <w:rPr>
                <w:rFonts w:ascii="Yu Mincho" w:hAnsi="Yu Mincho" w:eastAsia="Yu Mincho"/>
                <w:sz w:val="14"/>
              </w:rPr>
              <w:t>Jérôme Naulais</w:t>
            </w:r>
          </w:p>
        </w:tc>
        <w:tc>
          <w:tcPr>
            <w:tcW w:type="dxa" w:w="1587"/>
            <w:vAlign w:val="center"/>
          </w:tcPr>
          <w:p>
            <w:pPr>
              <w:spacing w:after="0" w:before="0"/>
            </w:pPr>
            <w:r>
              <w:rPr>
                <w:rFonts w:ascii="Yu Mincho" w:hAnsi="Yu Mincho" w:eastAsia="Yu Mincho"/>
                <w:sz w:val="14"/>
              </w:rPr>
              <w:t>J. ノレ</w:t>
            </w:r>
          </w:p>
        </w:tc>
        <w:tc>
          <w:tcPr>
            <w:tcW w:type="dxa" w:w="6066"/>
            <w:vAlign w:val="center"/>
          </w:tcPr>
          <w:p>
            <w:pPr>
              <w:spacing w:after="0" w:before="0"/>
            </w:pPr>
            <w:r>
              <w:rPr>
                <w:rFonts w:ascii="Yu Mincho" w:hAnsi="Yu Mincho" w:eastAsia="Yu Mincho"/>
                <w:sz w:val="14"/>
              </w:rPr>
              <w:t>Étoile des profondeurs</w:t>
            </w:r>
          </w:p>
        </w:tc>
        <w:tc>
          <w:tcPr>
            <w:tcW w:type="dxa" w:w="2835"/>
            <w:vAlign w:val="center"/>
          </w:tcPr>
          <w:p>
            <w:pPr>
              <w:spacing w:after="0" w:before="0"/>
            </w:pPr>
            <w:r>
              <w:rPr>
                <w:rFonts w:ascii="Yu Mincho" w:hAnsi="Yu Mincho" w:eastAsia="Yu Mincho"/>
                <w:sz w:val="14"/>
              </w:rPr>
              <w:t>深淵に光る星</w:t>
            </w:r>
          </w:p>
        </w:tc>
      </w:tr>
      <w:tr>
        <w:tc>
          <w:tcPr>
            <w:tcW w:type="dxa" w:w="1814"/>
            <w:vAlign w:val="center"/>
          </w:tcPr>
          <w:p>
            <w:pPr>
              <w:spacing w:after="0" w:before="0"/>
            </w:pPr>
            <w:r>
              <w:rPr>
                <w:rFonts w:ascii="Yu Mincho" w:hAnsi="Yu Mincho" w:eastAsia="Yu Mincho"/>
                <w:sz w:val="14"/>
              </w:rPr>
              <w:t>Paudert Ernst</w:t>
            </w:r>
          </w:p>
        </w:tc>
        <w:tc>
          <w:tcPr>
            <w:tcW w:type="dxa" w:w="3175"/>
            <w:vAlign w:val="center"/>
          </w:tcPr>
          <w:p>
            <w:pPr>
              <w:spacing w:after="0" w:before="0"/>
            </w:pPr>
            <w:r>
              <w:rPr>
                <w:rFonts w:ascii="Yu Mincho" w:hAnsi="Yu Mincho" w:eastAsia="Yu Mincho"/>
                <w:sz w:val="14"/>
              </w:rPr>
              <w:t>Ernst Paudert</w:t>
            </w:r>
          </w:p>
        </w:tc>
        <w:tc>
          <w:tcPr>
            <w:tcW w:type="dxa" w:w="1587"/>
            <w:vAlign w:val="center"/>
          </w:tcPr>
          <w:p>
            <w:pPr>
              <w:spacing w:after="0" w:before="0"/>
            </w:pPr>
            <w:r>
              <w:rPr>
                <w:rFonts w:ascii="Yu Mincho" w:hAnsi="Yu Mincho" w:eastAsia="Yu Mincho"/>
                <w:sz w:val="14"/>
              </w:rPr>
              <w:t>E. パウデルト</w:t>
            </w:r>
          </w:p>
        </w:tc>
        <w:tc>
          <w:tcPr>
            <w:tcW w:type="dxa" w:w="6066"/>
            <w:vAlign w:val="center"/>
          </w:tcPr>
          <w:p>
            <w:pPr>
              <w:spacing w:after="0" w:before="0"/>
            </w:pPr>
            <w:r>
              <w:rPr>
                <w:rFonts w:ascii="Yu Mincho" w:hAnsi="Yu Mincho" w:eastAsia="Yu Mincho"/>
                <w:sz w:val="14"/>
              </w:rPr>
              <w:t>Famous Aria in B Flat</w:t>
            </w:r>
          </w:p>
        </w:tc>
        <w:tc>
          <w:tcPr>
            <w:tcW w:type="dxa" w:w="2835"/>
            <w:vAlign w:val="center"/>
          </w:tcPr>
          <w:p>
            <w:pPr>
              <w:spacing w:after="0" w:before="0"/>
            </w:pPr>
            <w:r>
              <w:rPr>
                <w:rFonts w:ascii="Yu Mincho" w:hAnsi="Yu Mincho" w:eastAsia="Yu Mincho"/>
                <w:sz w:val="14"/>
              </w:rPr>
              <w:t>有名なアリア</w:t>
            </w:r>
          </w:p>
        </w:tc>
      </w:tr>
      <w:tr>
        <w:tc>
          <w:tcPr>
            <w:tcW w:type="dxa" w:w="1814"/>
            <w:vAlign w:val="center"/>
          </w:tcPr>
          <w:p>
            <w:pPr>
              <w:spacing w:after="0" w:before="0"/>
            </w:pPr>
            <w:r>
              <w:rPr>
                <w:rFonts w:ascii="Yu Mincho" w:hAnsi="Yu Mincho" w:eastAsia="Yu Mincho"/>
                <w:sz w:val="14"/>
              </w:rPr>
              <w:t>Rachmaninov Sergei</w:t>
            </w:r>
          </w:p>
        </w:tc>
        <w:tc>
          <w:tcPr>
            <w:tcW w:type="dxa" w:w="3175"/>
            <w:vAlign w:val="center"/>
          </w:tcPr>
          <w:p>
            <w:pPr>
              <w:spacing w:after="0" w:before="0"/>
            </w:pPr>
            <w:r>
              <w:rPr>
                <w:rFonts w:ascii="Yu Mincho" w:hAnsi="Yu Mincho" w:eastAsia="Yu Mincho"/>
                <w:sz w:val="14"/>
              </w:rPr>
              <w:t>Сергей Рахманинов / Sergei Rachmaninov</w:t>
            </w:r>
          </w:p>
        </w:tc>
        <w:tc>
          <w:tcPr>
            <w:tcW w:type="dxa" w:w="1587"/>
            <w:vAlign w:val="center"/>
          </w:tcPr>
          <w:p>
            <w:pPr>
              <w:spacing w:after="0" w:before="0"/>
            </w:pPr>
            <w:r>
              <w:rPr>
                <w:rFonts w:ascii="Yu Mincho" w:hAnsi="Yu Mincho" w:eastAsia="Yu Mincho"/>
                <w:sz w:val="14"/>
              </w:rPr>
              <w:t>S. ラフマニノフ</w:t>
            </w:r>
          </w:p>
        </w:tc>
        <w:tc>
          <w:tcPr>
            <w:tcW w:type="dxa" w:w="6066"/>
            <w:vAlign w:val="center"/>
          </w:tcPr>
          <w:p>
            <w:pPr>
              <w:spacing w:after="0" w:before="0"/>
            </w:pPr>
            <w:r>
              <w:rPr>
                <w:rFonts w:ascii="Yu Mincho" w:hAnsi="Yu Mincho" w:eastAsia="Yu Mincho"/>
                <w:sz w:val="14"/>
              </w:rPr>
              <w:t>Соната для виолончели и фортепиано соль минор, соч. 19 / Cello Sonata in G minor, Op. 19</w:t>
            </w:r>
          </w:p>
        </w:tc>
        <w:tc>
          <w:tcPr>
            <w:tcW w:type="dxa" w:w="2835"/>
            <w:vAlign w:val="center"/>
          </w:tcPr>
          <w:p>
            <w:pPr>
              <w:spacing w:after="0" w:before="0"/>
            </w:pPr>
            <w:r>
              <w:rPr>
                <w:rFonts w:ascii="Yu Mincho" w:hAnsi="Yu Mincho" w:eastAsia="Yu Mincho"/>
                <w:sz w:val="14"/>
              </w:rPr>
              <w:t>チェロソナタ ト短調 作品19</w:t>
            </w:r>
          </w:p>
        </w:tc>
      </w:tr>
      <w:tr>
        <w:tc>
          <w:tcPr>
            <w:tcW w:type="dxa" w:w="1814"/>
            <w:vAlign w:val="center"/>
          </w:tcPr>
          <w:p>
            <w:pPr>
              <w:spacing w:after="0" w:before="0"/>
            </w:pPr>
            <w:r>
              <w:rPr>
                <w:rFonts w:ascii="Yu Mincho" w:hAnsi="Yu Mincho" w:eastAsia="Yu Mincho"/>
                <w:sz w:val="14"/>
              </w:rPr>
              <w:t>Reiche Eugen</w:t>
            </w:r>
          </w:p>
        </w:tc>
        <w:tc>
          <w:tcPr>
            <w:tcW w:type="dxa" w:w="3175"/>
            <w:vAlign w:val="center"/>
          </w:tcPr>
          <w:p>
            <w:pPr>
              <w:spacing w:after="0" w:before="0"/>
            </w:pPr>
            <w:r>
              <w:rPr>
                <w:rFonts w:ascii="Yu Mincho" w:hAnsi="Yu Mincho" w:eastAsia="Yu Mincho"/>
                <w:sz w:val="14"/>
              </w:rPr>
              <w:t>Eugen Reiche</w:t>
            </w:r>
          </w:p>
        </w:tc>
        <w:tc>
          <w:tcPr>
            <w:tcW w:type="dxa" w:w="1587"/>
            <w:vAlign w:val="center"/>
          </w:tcPr>
          <w:p>
            <w:pPr>
              <w:spacing w:after="0" w:before="0"/>
            </w:pPr>
            <w:r>
              <w:rPr>
                <w:rFonts w:ascii="Yu Mincho" w:hAnsi="Yu Mincho" w:eastAsia="Yu Mincho"/>
                <w:sz w:val="14"/>
              </w:rPr>
              <w:t>E. ライヒャ</w:t>
            </w:r>
          </w:p>
        </w:tc>
        <w:tc>
          <w:tcPr>
            <w:tcW w:type="dxa" w:w="6066"/>
            <w:vAlign w:val="center"/>
          </w:tcPr>
          <w:p>
            <w:pPr>
              <w:spacing w:after="0" w:before="0"/>
            </w:pPr>
            <w:r>
              <w:rPr>
                <w:rFonts w:ascii="Yu Mincho" w:hAnsi="Yu Mincho" w:eastAsia="Yu Mincho"/>
                <w:sz w:val="14"/>
              </w:rPr>
              <w:t>Konzert Nr. 2</w:t>
            </w:r>
          </w:p>
        </w:tc>
        <w:tc>
          <w:tcPr>
            <w:tcW w:type="dxa" w:w="2835"/>
            <w:vAlign w:val="center"/>
          </w:tcPr>
          <w:p>
            <w:pPr>
              <w:spacing w:after="0" w:before="0"/>
            </w:pPr>
            <w:r>
              <w:rPr>
                <w:rFonts w:ascii="Yu Mincho" w:hAnsi="Yu Mincho" w:eastAsia="Yu Mincho"/>
                <w:sz w:val="14"/>
              </w:rPr>
              <w:t>協奏曲 第2番</w:t>
            </w:r>
          </w:p>
        </w:tc>
      </w:tr>
      <w:tr>
        <w:tc>
          <w:tcPr>
            <w:tcW w:type="dxa" w:w="1814"/>
            <w:vAlign w:val="center"/>
          </w:tcPr>
          <w:p>
            <w:pPr>
              <w:spacing w:after="0" w:before="0"/>
            </w:pPr>
            <w:r>
              <w:rPr>
                <w:rFonts w:ascii="Yu Mincho" w:hAnsi="Yu Mincho" w:eastAsia="Yu Mincho"/>
                <w:sz w:val="14"/>
              </w:rPr>
              <w:t>Rimsky-Korsakov Nikolai</w:t>
            </w:r>
          </w:p>
        </w:tc>
        <w:tc>
          <w:tcPr>
            <w:tcW w:type="dxa" w:w="3175"/>
            <w:vAlign w:val="center"/>
          </w:tcPr>
          <w:p>
            <w:pPr>
              <w:spacing w:after="0" w:before="0"/>
            </w:pPr>
            <w:r>
              <w:rPr>
                <w:rFonts w:ascii="Yu Mincho" w:hAnsi="Yu Mincho" w:eastAsia="Yu Mincho"/>
                <w:sz w:val="14"/>
              </w:rPr>
              <w:t>Николай Римский-Корсаков / Nikolai Rimsky-Korsakov</w:t>
            </w:r>
          </w:p>
        </w:tc>
        <w:tc>
          <w:tcPr>
            <w:tcW w:type="dxa" w:w="1587"/>
            <w:vAlign w:val="center"/>
          </w:tcPr>
          <w:p>
            <w:pPr>
              <w:spacing w:after="0" w:before="0"/>
            </w:pPr>
            <w:r>
              <w:rPr>
                <w:rFonts w:ascii="Yu Mincho" w:hAnsi="Yu Mincho" w:eastAsia="Yu Mincho"/>
                <w:sz w:val="14"/>
              </w:rPr>
              <w:t>N. リムスキー＝コルサコフ</w:t>
            </w:r>
          </w:p>
        </w:tc>
        <w:tc>
          <w:tcPr>
            <w:tcW w:type="dxa" w:w="6066"/>
            <w:vAlign w:val="center"/>
          </w:tcPr>
          <w:p>
            <w:pPr>
              <w:spacing w:after="0" w:before="0"/>
            </w:pPr>
            <w:r>
              <w:rPr>
                <w:rFonts w:ascii="Yu Mincho" w:hAnsi="Yu Mincho" w:eastAsia="Yu Mincho"/>
                <w:sz w:val="14"/>
              </w:rPr>
              <w:t>Концерт для тромбона с духовым оркестром / Concerto for Trombone and Military Band</w:t>
            </w:r>
          </w:p>
        </w:tc>
        <w:tc>
          <w:tcPr>
            <w:tcW w:type="dxa" w:w="2835"/>
            <w:vAlign w:val="center"/>
          </w:tcPr>
          <w:p>
            <w:pPr>
              <w:spacing w:after="0" w:before="0"/>
            </w:pPr>
            <w:r>
              <w:rPr>
                <w:rFonts w:ascii="Yu Mincho" w:hAnsi="Yu Mincho" w:eastAsia="Yu Mincho"/>
                <w:sz w:val="14"/>
              </w:rPr>
              <w:t>トロンボーン協奏曲</w:t>
            </w:r>
          </w:p>
        </w:tc>
      </w:tr>
      <w:tr>
        <w:tc>
          <w:tcPr>
            <w:tcW w:type="dxa" w:w="1814"/>
            <w:vAlign w:val="center"/>
          </w:tcPr>
          <w:p>
            <w:pPr>
              <w:spacing w:after="0" w:before="0"/>
            </w:pPr>
            <w:r>
              <w:rPr>
                <w:rFonts w:ascii="Yu Mincho" w:hAnsi="Yu Mincho" w:eastAsia="Yu Mincho"/>
                <w:sz w:val="14"/>
              </w:rPr>
              <w:t>Ropartz Joseph-Guy</w:t>
            </w:r>
          </w:p>
        </w:tc>
        <w:tc>
          <w:tcPr>
            <w:tcW w:type="dxa" w:w="3175"/>
            <w:vAlign w:val="center"/>
          </w:tcPr>
          <w:p>
            <w:pPr>
              <w:spacing w:after="0" w:before="0"/>
            </w:pPr>
            <w:r>
              <w:rPr>
                <w:rFonts w:ascii="Yu Mincho" w:hAnsi="Yu Mincho" w:eastAsia="Yu Mincho"/>
                <w:sz w:val="14"/>
              </w:rPr>
              <w:t>Joseph-Guy Ropartz</w:t>
            </w:r>
          </w:p>
        </w:tc>
        <w:tc>
          <w:tcPr>
            <w:tcW w:type="dxa" w:w="1587"/>
            <w:vAlign w:val="center"/>
          </w:tcPr>
          <w:p>
            <w:pPr>
              <w:spacing w:after="0" w:before="0"/>
            </w:pPr>
            <w:r>
              <w:rPr>
                <w:rFonts w:ascii="Yu Mincho" w:hAnsi="Yu Mincho" w:eastAsia="Yu Mincho"/>
                <w:sz w:val="14"/>
              </w:rPr>
              <w:t>J.-G. ロパルツ</w:t>
            </w:r>
          </w:p>
        </w:tc>
        <w:tc>
          <w:tcPr>
            <w:tcW w:type="dxa" w:w="6066"/>
            <w:vAlign w:val="center"/>
          </w:tcPr>
          <w:p>
            <w:pPr>
              <w:spacing w:after="0" w:before="0"/>
            </w:pPr>
            <w:r>
              <w:rPr>
                <w:rFonts w:ascii="Yu Mincho" w:hAnsi="Yu Mincho" w:eastAsia="Yu Mincho"/>
                <w:sz w:val="14"/>
              </w:rPr>
              <w:t>Pièce en mi bémol mineur</w:t>
            </w:r>
          </w:p>
        </w:tc>
        <w:tc>
          <w:tcPr>
            <w:tcW w:type="dxa" w:w="2835"/>
            <w:vAlign w:val="center"/>
          </w:tcPr>
          <w:p>
            <w:pPr>
              <w:spacing w:after="0" w:before="0"/>
            </w:pPr>
            <w:r>
              <w:rPr>
                <w:rFonts w:ascii="Yu Mincho" w:hAnsi="Yu Mincho" w:eastAsia="Yu Mincho"/>
                <w:sz w:val="14"/>
              </w:rPr>
              <w:t>小品 変ホ短調</w:t>
            </w:r>
          </w:p>
        </w:tc>
      </w:tr>
      <w:tr>
        <w:tc>
          <w:tcPr>
            <w:tcW w:type="dxa" w:w="1814"/>
            <w:vAlign w:val="center"/>
          </w:tcPr>
          <w:p>
            <w:pPr>
              <w:spacing w:after="0" w:before="0"/>
            </w:pPr>
            <w:r>
              <w:rPr>
                <w:rFonts w:ascii="Yu Mincho" w:hAnsi="Yu Mincho" w:eastAsia="Yu Mincho"/>
                <w:sz w:val="14"/>
              </w:rPr>
              <w:t>Rota Nino</w:t>
            </w:r>
          </w:p>
        </w:tc>
        <w:tc>
          <w:tcPr>
            <w:tcW w:type="dxa" w:w="3175"/>
            <w:vAlign w:val="center"/>
          </w:tcPr>
          <w:p>
            <w:pPr>
              <w:spacing w:after="0" w:before="0"/>
            </w:pPr>
            <w:r>
              <w:rPr>
                <w:rFonts w:ascii="Yu Mincho" w:hAnsi="Yu Mincho" w:eastAsia="Yu Mincho"/>
                <w:sz w:val="14"/>
              </w:rPr>
              <w:t>Nino Rota</w:t>
            </w:r>
          </w:p>
        </w:tc>
        <w:tc>
          <w:tcPr>
            <w:tcW w:type="dxa" w:w="1587"/>
            <w:vAlign w:val="center"/>
          </w:tcPr>
          <w:p>
            <w:pPr>
              <w:spacing w:after="0" w:before="0"/>
            </w:pPr>
            <w:r>
              <w:rPr>
                <w:rFonts w:ascii="Yu Mincho" w:hAnsi="Yu Mincho" w:eastAsia="Yu Mincho"/>
                <w:sz w:val="14"/>
              </w:rPr>
              <w:t>N. ロータ</w:t>
            </w:r>
          </w:p>
        </w:tc>
        <w:tc>
          <w:tcPr>
            <w:tcW w:type="dxa" w:w="6066"/>
            <w:vAlign w:val="center"/>
          </w:tcPr>
          <w:p>
            <w:pPr>
              <w:spacing w:after="0" w:before="0"/>
            </w:pPr>
            <w:r>
              <w:rPr>
                <w:rFonts w:ascii="Yu Mincho" w:hAnsi="Yu Mincho" w:eastAsia="Yu Mincho"/>
                <w:sz w:val="14"/>
              </w:rPr>
              <w:t>Concerto</w:t>
            </w:r>
          </w:p>
        </w:tc>
        <w:tc>
          <w:tcPr>
            <w:tcW w:type="dxa" w:w="2835"/>
            <w:vAlign w:val="center"/>
          </w:tcPr>
          <w:p>
            <w:pPr>
              <w:spacing w:after="0" w:before="0"/>
            </w:pPr>
            <w:r>
              <w:rPr>
                <w:rFonts w:ascii="Yu Mincho" w:hAnsi="Yu Mincho" w:eastAsia="Yu Mincho"/>
                <w:sz w:val="14"/>
              </w:rPr>
              <w:t>協奏曲</w:t>
            </w:r>
          </w:p>
        </w:tc>
      </w:tr>
      <w:tr>
        <w:tc>
          <w:tcPr>
            <w:tcW w:type="dxa" w:w="1814"/>
            <w:vAlign w:val="center"/>
          </w:tcPr>
          <w:p>
            <w:pPr>
              <w:spacing w:after="0" w:before="0"/>
            </w:pPr>
            <w:r>
              <w:rPr>
                <w:rFonts w:ascii="Yu Mincho" w:hAnsi="Yu Mincho" w:eastAsia="Yu Mincho"/>
                <w:sz w:val="14"/>
              </w:rPr>
              <w:t>Rousseau Samuel</w:t>
            </w:r>
          </w:p>
        </w:tc>
        <w:tc>
          <w:tcPr>
            <w:tcW w:type="dxa" w:w="3175"/>
            <w:vAlign w:val="center"/>
          </w:tcPr>
          <w:p>
            <w:pPr>
              <w:spacing w:after="0" w:before="0"/>
            </w:pPr>
            <w:r>
              <w:rPr>
                <w:rFonts w:ascii="Yu Mincho" w:hAnsi="Yu Mincho" w:eastAsia="Yu Mincho"/>
                <w:sz w:val="14"/>
              </w:rPr>
              <w:t>Samuel Rousseau</w:t>
            </w:r>
          </w:p>
        </w:tc>
        <w:tc>
          <w:tcPr>
            <w:tcW w:type="dxa" w:w="1587"/>
            <w:vAlign w:val="center"/>
          </w:tcPr>
          <w:p>
            <w:pPr>
              <w:spacing w:after="0" w:before="0"/>
            </w:pPr>
            <w:r>
              <w:rPr>
                <w:rFonts w:ascii="Yu Mincho" w:hAnsi="Yu Mincho" w:eastAsia="Yu Mincho"/>
                <w:sz w:val="14"/>
              </w:rPr>
              <w:t>S. ルソー</w:t>
            </w:r>
          </w:p>
        </w:tc>
        <w:tc>
          <w:tcPr>
            <w:tcW w:type="dxa" w:w="6066"/>
            <w:vAlign w:val="center"/>
          </w:tcPr>
          <w:p>
            <w:pPr>
              <w:spacing w:after="0" w:before="0"/>
            </w:pPr>
            <w:r>
              <w:rPr>
                <w:rFonts w:ascii="Yu Mincho" w:hAnsi="Yu Mincho" w:eastAsia="Yu Mincho"/>
                <w:sz w:val="14"/>
              </w:rPr>
              <w:t>Pièce Concertante</w:t>
            </w:r>
          </w:p>
        </w:tc>
        <w:tc>
          <w:tcPr>
            <w:tcW w:type="dxa" w:w="2835"/>
            <w:vAlign w:val="center"/>
          </w:tcPr>
          <w:p>
            <w:pPr>
              <w:spacing w:after="0" w:before="0"/>
            </w:pPr>
            <w:r>
              <w:rPr>
                <w:rFonts w:ascii="Yu Mincho" w:hAnsi="Yu Mincho" w:eastAsia="Yu Mincho"/>
                <w:sz w:val="14"/>
              </w:rPr>
              <w:t>協奏的小品</w:t>
            </w:r>
          </w:p>
        </w:tc>
      </w:tr>
      <w:tr>
        <w:tc>
          <w:tcPr>
            <w:tcW w:type="dxa" w:w="1814"/>
            <w:vAlign w:val="center"/>
          </w:tcPr>
          <w:p>
            <w:pPr>
              <w:spacing w:after="0" w:before="0"/>
            </w:pPr>
            <w:r>
              <w:rPr>
                <w:rFonts w:ascii="Yu Mincho" w:hAnsi="Yu Mincho" w:eastAsia="Yu Mincho"/>
                <w:sz w:val="14"/>
              </w:rPr>
              <w:t>Rueff Jeannine</w:t>
            </w:r>
          </w:p>
        </w:tc>
        <w:tc>
          <w:tcPr>
            <w:tcW w:type="dxa" w:w="3175"/>
            <w:vAlign w:val="center"/>
          </w:tcPr>
          <w:p>
            <w:pPr>
              <w:spacing w:after="0" w:before="0"/>
            </w:pPr>
            <w:r>
              <w:rPr>
                <w:rFonts w:ascii="Yu Mincho" w:hAnsi="Yu Mincho" w:eastAsia="Yu Mincho"/>
                <w:sz w:val="14"/>
              </w:rPr>
              <w:t>Jeannine Rueff</w:t>
            </w:r>
          </w:p>
        </w:tc>
        <w:tc>
          <w:tcPr>
            <w:tcW w:type="dxa" w:w="1587"/>
            <w:vAlign w:val="center"/>
          </w:tcPr>
          <w:p>
            <w:pPr>
              <w:spacing w:after="0" w:before="0"/>
            </w:pPr>
            <w:r>
              <w:rPr>
                <w:rFonts w:ascii="Yu Mincho" w:hAnsi="Yu Mincho" w:eastAsia="Yu Mincho"/>
                <w:sz w:val="14"/>
              </w:rPr>
              <w:t>J. リュエフ</w:t>
            </w:r>
          </w:p>
        </w:tc>
        <w:tc>
          <w:tcPr>
            <w:tcW w:type="dxa" w:w="6066"/>
            <w:vAlign w:val="center"/>
          </w:tcPr>
          <w:p>
            <w:pPr>
              <w:spacing w:after="0" w:before="0"/>
            </w:pPr>
            <w:r>
              <w:rPr>
                <w:rFonts w:ascii="Yu Mincho" w:hAnsi="Yu Mincho" w:eastAsia="Yu Mincho"/>
                <w:sz w:val="14"/>
              </w:rPr>
              <w:t>Concertstück</w:t>
            </w:r>
          </w:p>
        </w:tc>
        <w:tc>
          <w:tcPr>
            <w:tcW w:type="dxa" w:w="2835"/>
            <w:vAlign w:val="center"/>
          </w:tcPr>
          <w:p>
            <w:pPr>
              <w:spacing w:after="0" w:before="0"/>
            </w:pPr>
            <w:r>
              <w:rPr>
                <w:rFonts w:ascii="Yu Mincho" w:hAnsi="Yu Mincho" w:eastAsia="Yu Mincho"/>
                <w:sz w:val="14"/>
              </w:rPr>
              <w:t>演奏会用小品</w:t>
            </w:r>
          </w:p>
        </w:tc>
      </w:tr>
      <w:tr>
        <w:tc>
          <w:tcPr>
            <w:tcW w:type="dxa" w:w="1814"/>
            <w:vAlign w:val="center"/>
          </w:tcPr>
          <w:p>
            <w:pPr>
              <w:spacing w:after="0" w:before="0"/>
            </w:pPr>
            <w:r>
              <w:rPr>
                <w:rFonts w:ascii="Yu Mincho" w:hAnsi="Yu Mincho" w:eastAsia="Yu Mincho"/>
                <w:sz w:val="14"/>
              </w:rPr>
              <w:t>Sachse Ernst</w:t>
            </w:r>
          </w:p>
        </w:tc>
        <w:tc>
          <w:tcPr>
            <w:tcW w:type="dxa" w:w="3175"/>
            <w:vAlign w:val="center"/>
          </w:tcPr>
          <w:p>
            <w:pPr>
              <w:spacing w:after="0" w:before="0"/>
            </w:pPr>
            <w:r>
              <w:rPr>
                <w:rFonts w:ascii="Yu Mincho" w:hAnsi="Yu Mincho" w:eastAsia="Yu Mincho"/>
                <w:sz w:val="14"/>
              </w:rPr>
              <w:t>Ernst Sachse</w:t>
            </w:r>
          </w:p>
        </w:tc>
        <w:tc>
          <w:tcPr>
            <w:tcW w:type="dxa" w:w="1587"/>
            <w:vAlign w:val="center"/>
          </w:tcPr>
          <w:p>
            <w:pPr>
              <w:spacing w:after="0" w:before="0"/>
            </w:pPr>
            <w:r>
              <w:rPr>
                <w:rFonts w:ascii="Yu Mincho" w:hAnsi="Yu Mincho" w:eastAsia="Yu Mincho"/>
                <w:sz w:val="14"/>
              </w:rPr>
              <w:t>E. ザクセ</w:t>
            </w:r>
          </w:p>
        </w:tc>
        <w:tc>
          <w:tcPr>
            <w:tcW w:type="dxa" w:w="6066"/>
            <w:vAlign w:val="center"/>
          </w:tcPr>
          <w:p>
            <w:pPr>
              <w:spacing w:after="0" w:before="0"/>
            </w:pPr>
            <w:r>
              <w:rPr>
                <w:rFonts w:ascii="Yu Mincho" w:hAnsi="Yu Mincho" w:eastAsia="Yu Mincho"/>
                <w:sz w:val="14"/>
              </w:rPr>
              <w:t>Concertino</w:t>
            </w:r>
          </w:p>
        </w:tc>
        <w:tc>
          <w:tcPr>
            <w:tcW w:type="dxa" w:w="2835"/>
            <w:vAlign w:val="center"/>
          </w:tcPr>
          <w:p>
            <w:pPr>
              <w:spacing w:after="0" w:before="0"/>
            </w:pPr>
            <w:r>
              <w:rPr>
                <w:rFonts w:ascii="Yu Mincho" w:hAnsi="Yu Mincho" w:eastAsia="Yu Mincho"/>
                <w:sz w:val="14"/>
              </w:rPr>
              <w:t>小協奏曲</w:t>
            </w:r>
          </w:p>
        </w:tc>
      </w:tr>
      <w:tr>
        <w:tc>
          <w:tcPr>
            <w:tcW w:type="dxa" w:w="1814"/>
            <w:vAlign w:val="center"/>
          </w:tcPr>
          <w:p>
            <w:pPr>
              <w:spacing w:after="0" w:before="0"/>
            </w:pPr>
            <w:r>
              <w:rPr>
                <w:rFonts w:ascii="Yu Mincho" w:hAnsi="Yu Mincho" w:eastAsia="Yu Mincho"/>
                <w:sz w:val="14"/>
              </w:rPr>
              <w:t>Saint-Saëns Camille</w:t>
            </w:r>
          </w:p>
        </w:tc>
        <w:tc>
          <w:tcPr>
            <w:tcW w:type="dxa" w:w="3175"/>
            <w:vAlign w:val="center"/>
          </w:tcPr>
          <w:p>
            <w:pPr>
              <w:spacing w:after="0" w:before="0"/>
            </w:pPr>
            <w:r>
              <w:rPr>
                <w:rFonts w:ascii="Yu Mincho" w:hAnsi="Yu Mincho" w:eastAsia="Yu Mincho"/>
                <w:sz w:val="14"/>
              </w:rPr>
              <w:t>Camille Saint-Saëns</w:t>
            </w:r>
          </w:p>
        </w:tc>
        <w:tc>
          <w:tcPr>
            <w:tcW w:type="dxa" w:w="1587"/>
            <w:vAlign w:val="center"/>
          </w:tcPr>
          <w:p>
            <w:pPr>
              <w:spacing w:after="0" w:before="0"/>
            </w:pPr>
            <w:r>
              <w:rPr>
                <w:rFonts w:ascii="Yu Mincho" w:hAnsi="Yu Mincho" w:eastAsia="Yu Mincho"/>
                <w:sz w:val="14"/>
              </w:rPr>
              <w:t>C. サン＝サーンス</w:t>
            </w:r>
          </w:p>
        </w:tc>
        <w:tc>
          <w:tcPr>
            <w:tcW w:type="dxa" w:w="6066"/>
            <w:vAlign w:val="center"/>
          </w:tcPr>
          <w:p>
            <w:pPr>
              <w:spacing w:after="0" w:before="0"/>
            </w:pPr>
            <w:r>
              <w:rPr>
                <w:rFonts w:ascii="Yu Mincho" w:hAnsi="Yu Mincho" w:eastAsia="Yu Mincho"/>
                <w:sz w:val="14"/>
              </w:rPr>
              <w:t>Cavatine</w:t>
            </w:r>
          </w:p>
        </w:tc>
        <w:tc>
          <w:tcPr>
            <w:tcW w:type="dxa" w:w="2835"/>
            <w:vAlign w:val="center"/>
          </w:tcPr>
          <w:p>
            <w:pPr>
              <w:spacing w:after="0" w:before="0"/>
            </w:pPr>
            <w:r>
              <w:rPr>
                <w:rFonts w:ascii="Yu Mincho" w:hAnsi="Yu Mincho" w:eastAsia="Yu Mincho"/>
                <w:sz w:val="14"/>
              </w:rPr>
              <w:t>カヴァティーナ</w:t>
            </w:r>
          </w:p>
        </w:tc>
      </w:tr>
      <w:tr>
        <w:tc>
          <w:tcPr>
            <w:tcW w:type="dxa" w:w="1814"/>
            <w:vAlign w:val="center"/>
          </w:tcPr>
          <w:p>
            <w:pPr>
              <w:spacing w:after="0" w:before="0"/>
            </w:pPr>
            <w:r>
              <w:rPr>
                <w:rFonts w:ascii="Yu Mincho" w:hAnsi="Yu Mincho" w:eastAsia="Yu Mincho"/>
                <w:sz w:val="14"/>
              </w:rPr>
              <w:t>Salzedo Carlos</w:t>
            </w:r>
          </w:p>
        </w:tc>
        <w:tc>
          <w:tcPr>
            <w:tcW w:type="dxa" w:w="3175"/>
            <w:vAlign w:val="center"/>
          </w:tcPr>
          <w:p>
            <w:pPr>
              <w:spacing w:after="0" w:before="0"/>
            </w:pPr>
            <w:r>
              <w:rPr>
                <w:rFonts w:ascii="Yu Mincho" w:hAnsi="Yu Mincho" w:eastAsia="Yu Mincho"/>
                <w:sz w:val="14"/>
              </w:rPr>
              <w:t>Carlos Salzedo</w:t>
            </w:r>
          </w:p>
        </w:tc>
        <w:tc>
          <w:tcPr>
            <w:tcW w:type="dxa" w:w="1587"/>
            <w:vAlign w:val="center"/>
          </w:tcPr>
          <w:p>
            <w:pPr>
              <w:spacing w:after="0" w:before="0"/>
            </w:pPr>
            <w:r>
              <w:rPr>
                <w:rFonts w:ascii="Yu Mincho" w:hAnsi="Yu Mincho" w:eastAsia="Yu Mincho"/>
                <w:sz w:val="14"/>
              </w:rPr>
              <w:t>C. サルツェード</w:t>
            </w:r>
          </w:p>
        </w:tc>
        <w:tc>
          <w:tcPr>
            <w:tcW w:type="dxa" w:w="6066"/>
            <w:vAlign w:val="center"/>
          </w:tcPr>
          <w:p>
            <w:pPr>
              <w:spacing w:after="0" w:before="0"/>
            </w:pPr>
            <w:r>
              <w:rPr>
                <w:rFonts w:ascii="Yu Mincho" w:hAnsi="Yu Mincho" w:eastAsia="Yu Mincho"/>
                <w:sz w:val="14"/>
              </w:rPr>
              <w:t>Pièce Concertante</w:t>
            </w:r>
          </w:p>
        </w:tc>
        <w:tc>
          <w:tcPr>
            <w:tcW w:type="dxa" w:w="2835"/>
            <w:vAlign w:val="center"/>
          </w:tcPr>
          <w:p>
            <w:pPr>
              <w:spacing w:after="0" w:before="0"/>
            </w:pPr>
            <w:r>
              <w:rPr>
                <w:rFonts w:ascii="Yu Mincho" w:hAnsi="Yu Mincho" w:eastAsia="Yu Mincho"/>
                <w:sz w:val="14"/>
              </w:rPr>
              <w:t>協奏的小品</w:t>
            </w:r>
          </w:p>
        </w:tc>
      </w:tr>
      <w:tr>
        <w:tc>
          <w:tcPr>
            <w:tcW w:type="dxa" w:w="1814"/>
            <w:vAlign w:val="center"/>
          </w:tcPr>
          <w:p>
            <w:pPr>
              <w:spacing w:after="0" w:before="0"/>
            </w:pPr>
            <w:r>
              <w:rPr>
                <w:rFonts w:ascii="Yu Mincho" w:hAnsi="Yu Mincho" w:eastAsia="Yu Mincho"/>
                <w:sz w:val="14"/>
              </w:rPr>
              <w:t>Schnyder Daniel</w:t>
            </w:r>
          </w:p>
        </w:tc>
        <w:tc>
          <w:tcPr>
            <w:tcW w:type="dxa" w:w="3175"/>
            <w:vAlign w:val="center"/>
          </w:tcPr>
          <w:p>
            <w:pPr>
              <w:spacing w:after="0" w:before="0"/>
            </w:pPr>
            <w:r>
              <w:rPr>
                <w:rFonts w:ascii="Yu Mincho" w:hAnsi="Yu Mincho" w:eastAsia="Yu Mincho"/>
                <w:sz w:val="14"/>
              </w:rPr>
              <w:t>Daniel Schnyder</w:t>
            </w:r>
          </w:p>
        </w:tc>
        <w:tc>
          <w:tcPr>
            <w:tcW w:type="dxa" w:w="1587"/>
            <w:vAlign w:val="center"/>
          </w:tcPr>
          <w:p>
            <w:pPr>
              <w:spacing w:after="0" w:before="0"/>
            </w:pPr>
            <w:r>
              <w:rPr>
                <w:rFonts w:ascii="Yu Mincho" w:hAnsi="Yu Mincho" w:eastAsia="Yu Mincho"/>
                <w:sz w:val="14"/>
              </w:rPr>
              <w:t>D. シュナイダー</w:t>
            </w:r>
          </w:p>
        </w:tc>
        <w:tc>
          <w:tcPr>
            <w:tcW w:type="dxa" w:w="6066"/>
            <w:vAlign w:val="center"/>
          </w:tcPr>
          <w:p>
            <w:pPr>
              <w:spacing w:after="0" w:before="0"/>
            </w:pPr>
            <w:r>
              <w:rPr>
                <w:rFonts w:ascii="Yu Mincho" w:hAnsi="Yu Mincho" w:eastAsia="Yu Mincho"/>
                <w:sz w:val="14"/>
              </w:rPr>
              <w:t>subZERO, Bass Trombone Concerto</w:t>
            </w:r>
          </w:p>
        </w:tc>
        <w:tc>
          <w:tcPr>
            <w:tcW w:type="dxa" w:w="2835"/>
            <w:vAlign w:val="center"/>
          </w:tcPr>
          <w:p>
            <w:pPr>
              <w:spacing w:after="0" w:before="0"/>
            </w:pPr>
            <w:r>
              <w:rPr>
                <w:rFonts w:ascii="Yu Mincho" w:hAnsi="Yu Mincho" w:eastAsia="Yu Mincho"/>
                <w:sz w:val="14"/>
              </w:rPr>
              <w:t>サブゼロ、バストロンボーン協奏曲</w:t>
            </w:r>
          </w:p>
        </w:tc>
      </w:tr>
      <w:tr>
        <w:tc>
          <w:tcPr>
            <w:tcW w:type="dxa" w:w="1814"/>
            <w:vAlign w:val="center"/>
          </w:tcPr>
          <w:p>
            <w:pPr>
              <w:spacing w:after="0" w:before="0"/>
            </w:pPr>
            <w:r>
              <w:rPr>
                <w:rFonts w:ascii="Yu Mincho" w:hAnsi="Yu Mincho" w:eastAsia="Yu Mincho"/>
                <w:sz w:val="14"/>
              </w:rPr>
              <w:t>Serocki Kazimierz</w:t>
            </w:r>
          </w:p>
        </w:tc>
        <w:tc>
          <w:tcPr>
            <w:tcW w:type="dxa" w:w="3175"/>
            <w:vAlign w:val="center"/>
          </w:tcPr>
          <w:p>
            <w:pPr>
              <w:spacing w:after="0" w:before="0"/>
            </w:pPr>
            <w:r>
              <w:rPr>
                <w:rFonts w:ascii="Yu Mincho" w:hAnsi="Yu Mincho" w:eastAsia="Yu Mincho"/>
                <w:sz w:val="14"/>
              </w:rPr>
              <w:t>Kazimierz Serocki</w:t>
            </w:r>
          </w:p>
        </w:tc>
        <w:tc>
          <w:tcPr>
            <w:tcW w:type="dxa" w:w="1587"/>
            <w:vAlign w:val="center"/>
          </w:tcPr>
          <w:p>
            <w:pPr>
              <w:spacing w:after="0" w:before="0"/>
            </w:pPr>
            <w:r>
              <w:rPr>
                <w:rFonts w:ascii="Yu Mincho" w:hAnsi="Yu Mincho" w:eastAsia="Yu Mincho"/>
                <w:sz w:val="14"/>
              </w:rPr>
              <w:t>K. セロツキ</w:t>
            </w:r>
          </w:p>
        </w:tc>
        <w:tc>
          <w:tcPr>
            <w:tcW w:type="dxa" w:w="6066"/>
            <w:vAlign w:val="center"/>
          </w:tcPr>
          <w:p>
            <w:pPr>
              <w:spacing w:after="0" w:before="0"/>
            </w:pPr>
            <w:r>
              <w:rPr>
                <w:rFonts w:ascii="Yu Mincho" w:hAnsi="Yu Mincho" w:eastAsia="Yu Mincho"/>
                <w:sz w:val="14"/>
              </w:rPr>
              <w:t>Sonatina</w:t>
            </w:r>
          </w:p>
        </w:tc>
        <w:tc>
          <w:tcPr>
            <w:tcW w:type="dxa" w:w="2835"/>
            <w:vAlign w:val="center"/>
          </w:tcPr>
          <w:p>
            <w:pPr>
              <w:spacing w:after="0" w:before="0"/>
            </w:pPr>
            <w:r>
              <w:rPr>
                <w:rFonts w:ascii="Yu Mincho" w:hAnsi="Yu Mincho" w:eastAsia="Yu Mincho"/>
                <w:sz w:val="14"/>
              </w:rPr>
              <w:t>ソナチネ</w:t>
            </w:r>
          </w:p>
        </w:tc>
      </w:tr>
      <w:tr>
        <w:tc>
          <w:tcPr>
            <w:tcW w:type="dxa" w:w="1814"/>
            <w:vAlign w:val="center"/>
          </w:tcPr>
          <w:p>
            <w:pPr>
              <w:spacing w:after="0" w:before="0"/>
            </w:pPr>
            <w:r>
              <w:rPr>
                <w:rFonts w:ascii="Yu Mincho" w:hAnsi="Yu Mincho" w:eastAsia="Yu Mincho"/>
                <w:sz w:val="14"/>
              </w:rPr>
              <w:t>Stojowski Sigismond</w:t>
            </w:r>
          </w:p>
        </w:tc>
        <w:tc>
          <w:tcPr>
            <w:tcW w:type="dxa" w:w="3175"/>
            <w:vAlign w:val="center"/>
          </w:tcPr>
          <w:p>
            <w:pPr>
              <w:spacing w:after="0" w:before="0"/>
            </w:pPr>
            <w:r>
              <w:rPr>
                <w:rFonts w:ascii="Yu Mincho" w:hAnsi="Yu Mincho" w:eastAsia="Yu Mincho"/>
                <w:sz w:val="14"/>
              </w:rPr>
              <w:t>Sigismond Stojowski</w:t>
            </w:r>
          </w:p>
        </w:tc>
        <w:tc>
          <w:tcPr>
            <w:tcW w:type="dxa" w:w="1587"/>
            <w:vAlign w:val="center"/>
          </w:tcPr>
          <w:p>
            <w:pPr>
              <w:spacing w:after="0" w:before="0"/>
            </w:pPr>
            <w:r>
              <w:rPr>
                <w:rFonts w:ascii="Yu Mincho" w:hAnsi="Yu Mincho" w:eastAsia="Yu Mincho"/>
                <w:sz w:val="14"/>
              </w:rPr>
              <w:t>S. ストヨフスキ</w:t>
            </w:r>
          </w:p>
        </w:tc>
        <w:tc>
          <w:tcPr>
            <w:tcW w:type="dxa" w:w="6066"/>
            <w:vAlign w:val="center"/>
          </w:tcPr>
          <w:p>
            <w:pPr>
              <w:spacing w:after="0" w:before="0"/>
            </w:pPr>
            <w:r>
              <w:rPr>
                <w:rFonts w:ascii="Yu Mincho" w:hAnsi="Yu Mincho" w:eastAsia="Yu Mincho"/>
                <w:sz w:val="14"/>
              </w:rPr>
              <w:t>Fantaisie</w:t>
            </w:r>
          </w:p>
        </w:tc>
        <w:tc>
          <w:tcPr>
            <w:tcW w:type="dxa" w:w="2835"/>
            <w:vAlign w:val="center"/>
          </w:tcPr>
          <w:p>
            <w:pPr>
              <w:spacing w:after="0" w:before="0"/>
            </w:pPr>
            <w:r>
              <w:rPr>
                <w:rFonts w:ascii="Yu Mincho" w:hAnsi="Yu Mincho" w:eastAsia="Yu Mincho"/>
                <w:sz w:val="14"/>
              </w:rPr>
              <w:t>幻想曲</w:t>
            </w:r>
          </w:p>
        </w:tc>
      </w:tr>
      <w:tr>
        <w:tc>
          <w:tcPr>
            <w:tcW w:type="dxa" w:w="1814"/>
            <w:vAlign w:val="center"/>
          </w:tcPr>
          <w:p>
            <w:pPr>
              <w:spacing w:after="0" w:before="0"/>
            </w:pPr>
            <w:r>
              <w:rPr>
                <w:rFonts w:ascii="Yu Mincho" w:hAnsi="Yu Mincho" w:eastAsia="Yu Mincho"/>
                <w:sz w:val="14"/>
              </w:rPr>
              <w:t>Šulek Stjepan</w:t>
            </w:r>
          </w:p>
        </w:tc>
        <w:tc>
          <w:tcPr>
            <w:tcW w:type="dxa" w:w="3175"/>
            <w:vAlign w:val="center"/>
          </w:tcPr>
          <w:p>
            <w:pPr>
              <w:spacing w:after="0" w:before="0"/>
            </w:pPr>
            <w:r>
              <w:rPr>
                <w:rFonts w:ascii="Yu Mincho" w:hAnsi="Yu Mincho" w:eastAsia="Yu Mincho"/>
                <w:sz w:val="14"/>
              </w:rPr>
              <w:t>Stjepan Šulek</w:t>
            </w:r>
          </w:p>
        </w:tc>
        <w:tc>
          <w:tcPr>
            <w:tcW w:type="dxa" w:w="1587"/>
            <w:vAlign w:val="center"/>
          </w:tcPr>
          <w:p>
            <w:pPr>
              <w:spacing w:after="0" w:before="0"/>
            </w:pPr>
            <w:r>
              <w:rPr>
                <w:rFonts w:ascii="Yu Mincho" w:hAnsi="Yu Mincho" w:eastAsia="Yu Mincho"/>
                <w:sz w:val="14"/>
              </w:rPr>
              <w:t>S. シュレック</w:t>
            </w:r>
          </w:p>
        </w:tc>
        <w:tc>
          <w:tcPr>
            <w:tcW w:type="dxa" w:w="6066"/>
            <w:vAlign w:val="center"/>
          </w:tcPr>
          <w:p>
            <w:pPr>
              <w:spacing w:after="0" w:before="0"/>
            </w:pPr>
            <w:r>
              <w:rPr>
                <w:rFonts w:ascii="Yu Mincho" w:hAnsi="Yu Mincho" w:eastAsia="Yu Mincho"/>
                <w:sz w:val="14"/>
              </w:rPr>
              <w:t>Sonata “Vox Gabrieli”</w:t>
            </w:r>
          </w:p>
        </w:tc>
        <w:tc>
          <w:tcPr>
            <w:tcW w:type="dxa" w:w="2835"/>
            <w:vAlign w:val="center"/>
          </w:tcPr>
          <w:p>
            <w:pPr>
              <w:spacing w:after="0" w:before="0"/>
            </w:pPr>
            <w:r>
              <w:rPr>
                <w:rFonts w:ascii="Yu Mincho" w:hAnsi="Yu Mincho" w:eastAsia="Yu Mincho"/>
                <w:sz w:val="14"/>
              </w:rPr>
              <w:t>ソナタ「大天使ガブリエルの嘆き」</w:t>
            </w:r>
          </w:p>
        </w:tc>
      </w:tr>
      <w:tr>
        <w:tc>
          <w:tcPr>
            <w:tcW w:type="dxa" w:w="1814"/>
            <w:vAlign w:val="center"/>
          </w:tcPr>
          <w:p>
            <w:pPr>
              <w:spacing w:after="0" w:before="0"/>
            </w:pPr>
            <w:r>
              <w:rPr>
                <w:rFonts w:ascii="Yu Mincho" w:hAnsi="Yu Mincho" w:eastAsia="Yu Mincho"/>
                <w:sz w:val="14"/>
              </w:rPr>
              <w:t>Takashima Keiko</w:t>
            </w:r>
          </w:p>
        </w:tc>
        <w:tc>
          <w:tcPr>
            <w:tcW w:type="dxa" w:w="3175"/>
            <w:vAlign w:val="center"/>
          </w:tcPr>
          <w:p>
            <w:pPr>
              <w:spacing w:after="0" w:before="0"/>
            </w:pPr>
            <w:r>
              <w:rPr>
                <w:rFonts w:ascii="Yu Mincho" w:hAnsi="Yu Mincho" w:eastAsia="Yu Mincho"/>
                <w:sz w:val="14"/>
              </w:rPr>
              <w:t>高嶋圭子 / Keiko Takashima</w:t>
            </w:r>
          </w:p>
        </w:tc>
        <w:tc>
          <w:tcPr>
            <w:tcW w:type="dxa" w:w="1587"/>
            <w:vAlign w:val="center"/>
          </w:tcPr>
          <w:p>
            <w:pPr>
              <w:spacing w:after="0" w:before="0"/>
            </w:pPr>
            <w:r>
              <w:rPr>
                <w:rFonts w:ascii="Yu Mincho" w:hAnsi="Yu Mincho" w:eastAsia="Yu Mincho"/>
                <w:sz w:val="14"/>
              </w:rPr>
              <w:t>高嶋圭子</w:t>
            </w:r>
          </w:p>
        </w:tc>
        <w:tc>
          <w:tcPr>
            <w:tcW w:type="dxa" w:w="6066"/>
            <w:vAlign w:val="center"/>
          </w:tcPr>
          <w:p>
            <w:pPr>
              <w:spacing w:after="0" w:before="0"/>
            </w:pPr>
            <w:r>
              <w:rPr>
                <w:rFonts w:ascii="Yu Mincho" w:hAnsi="Yu Mincho" w:eastAsia="Yu Mincho"/>
                <w:sz w:val="14"/>
              </w:rPr>
              <w:t>ソナタ「風花賛礼」 / Sonata “Breeze in the Hearts, Bloom in the World”</w:t>
            </w:r>
          </w:p>
        </w:tc>
        <w:tc>
          <w:tcPr>
            <w:tcW w:type="dxa" w:w="2835"/>
            <w:vAlign w:val="center"/>
          </w:tcPr>
          <w:p>
            <w:pPr>
              <w:spacing w:after="0" w:before="0"/>
            </w:pPr>
            <w:r>
              <w:rPr>
                <w:rFonts w:ascii="Yu Mincho" w:hAnsi="Yu Mincho" w:eastAsia="Yu Mincho"/>
                <w:sz w:val="14"/>
              </w:rPr>
              <w:t>ソナタ「風花賛礼」</w:t>
            </w:r>
          </w:p>
        </w:tc>
      </w:tr>
      <w:tr>
        <w:tc>
          <w:tcPr>
            <w:tcW w:type="dxa" w:w="1814"/>
            <w:vAlign w:val="center"/>
          </w:tcPr>
          <w:p>
            <w:pPr>
              <w:spacing w:after="0" w:before="0"/>
            </w:pPr>
            <w:r>
              <w:rPr>
                <w:rFonts w:ascii="Yu Mincho" w:hAnsi="Yu Mincho" w:eastAsia="Yu Mincho"/>
                <w:sz w:val="14"/>
              </w:rPr>
              <w:t>Tomasi Henri</w:t>
            </w:r>
          </w:p>
        </w:tc>
        <w:tc>
          <w:tcPr>
            <w:tcW w:type="dxa" w:w="3175"/>
            <w:vAlign w:val="center"/>
          </w:tcPr>
          <w:p>
            <w:pPr>
              <w:spacing w:after="0" w:before="0"/>
            </w:pPr>
            <w:r>
              <w:rPr>
                <w:rFonts w:ascii="Yu Mincho" w:hAnsi="Yu Mincho" w:eastAsia="Yu Mincho"/>
                <w:sz w:val="14"/>
              </w:rPr>
              <w:t>Henri Tomasi</w:t>
            </w:r>
          </w:p>
        </w:tc>
        <w:tc>
          <w:tcPr>
            <w:tcW w:type="dxa" w:w="1587"/>
            <w:vAlign w:val="center"/>
          </w:tcPr>
          <w:p>
            <w:pPr>
              <w:spacing w:after="0" w:before="0"/>
            </w:pPr>
            <w:r>
              <w:rPr>
                <w:rFonts w:ascii="Yu Mincho" w:hAnsi="Yu Mincho" w:eastAsia="Yu Mincho"/>
                <w:sz w:val="14"/>
              </w:rPr>
              <w:t>H. トマジ</w:t>
            </w:r>
          </w:p>
        </w:tc>
        <w:tc>
          <w:tcPr>
            <w:tcW w:type="dxa" w:w="6066"/>
            <w:vAlign w:val="center"/>
          </w:tcPr>
          <w:p>
            <w:pPr>
              <w:spacing w:after="0" w:before="0"/>
            </w:pPr>
            <w:r>
              <w:rPr>
                <w:rFonts w:ascii="Yu Mincho" w:hAnsi="Yu Mincho" w:eastAsia="Yu Mincho"/>
                <w:sz w:val="14"/>
              </w:rPr>
              <w:t>Concerto</w:t>
            </w:r>
          </w:p>
        </w:tc>
        <w:tc>
          <w:tcPr>
            <w:tcW w:type="dxa" w:w="2835"/>
            <w:vAlign w:val="center"/>
          </w:tcPr>
          <w:p>
            <w:pPr>
              <w:spacing w:after="0" w:before="0"/>
            </w:pPr>
            <w:r>
              <w:rPr>
                <w:rFonts w:ascii="Yu Mincho" w:hAnsi="Yu Mincho" w:eastAsia="Yu Mincho"/>
                <w:sz w:val="14"/>
              </w:rPr>
              <w:t>トロンボーン協奏曲</w:t>
            </w:r>
          </w:p>
        </w:tc>
      </w:tr>
      <w:tr>
        <w:tc>
          <w:tcPr>
            <w:tcW w:type="dxa" w:w="1814"/>
            <w:vAlign w:val="center"/>
          </w:tcPr>
          <w:p>
            <w:pPr>
              <w:spacing w:after="0" w:before="0"/>
            </w:pPr>
            <w:r>
              <w:rPr>
                <w:rFonts w:ascii="Yu Mincho" w:hAnsi="Yu Mincho" w:eastAsia="Yu Mincho"/>
                <w:sz w:val="14"/>
              </w:rPr>
              <w:t>Verhelst Steven</w:t>
            </w:r>
          </w:p>
        </w:tc>
        <w:tc>
          <w:tcPr>
            <w:tcW w:type="dxa" w:w="3175"/>
            <w:vAlign w:val="center"/>
          </w:tcPr>
          <w:p>
            <w:pPr>
              <w:spacing w:after="0" w:before="0"/>
            </w:pPr>
            <w:r>
              <w:rPr>
                <w:rFonts w:ascii="Yu Mincho" w:hAnsi="Yu Mincho" w:eastAsia="Yu Mincho"/>
                <w:sz w:val="14"/>
              </w:rPr>
              <w:t>Steven Verhelst</w:t>
            </w:r>
          </w:p>
        </w:tc>
        <w:tc>
          <w:tcPr>
            <w:tcW w:type="dxa" w:w="1587"/>
            <w:vAlign w:val="center"/>
          </w:tcPr>
          <w:p>
            <w:pPr>
              <w:spacing w:after="0" w:before="0"/>
            </w:pPr>
            <w:r>
              <w:rPr>
                <w:rFonts w:ascii="Yu Mincho" w:hAnsi="Yu Mincho" w:eastAsia="Yu Mincho"/>
                <w:sz w:val="14"/>
              </w:rPr>
              <w:t>S. フェルヘルスト</w:t>
            </w:r>
          </w:p>
        </w:tc>
        <w:tc>
          <w:tcPr>
            <w:tcW w:type="dxa" w:w="6066"/>
            <w:vAlign w:val="center"/>
          </w:tcPr>
          <w:p>
            <w:pPr>
              <w:spacing w:after="0" w:before="0"/>
            </w:pPr>
            <w:r>
              <w:rPr>
                <w:rFonts w:ascii="Yu Mincho" w:hAnsi="Yu Mincho" w:eastAsia="Yu Mincho"/>
                <w:sz w:val="14"/>
              </w:rPr>
              <w:t>Colores</w:t>
            </w:r>
          </w:p>
        </w:tc>
        <w:tc>
          <w:tcPr>
            <w:tcW w:type="dxa" w:w="2835"/>
            <w:vAlign w:val="center"/>
          </w:tcPr>
          <w:p>
            <w:pPr>
              <w:spacing w:after="0" w:before="0"/>
            </w:pPr>
            <w:r>
              <w:rPr>
                <w:rFonts w:ascii="Yu Mincho" w:hAnsi="Yu Mincho" w:eastAsia="Yu Mincho"/>
                <w:sz w:val="14"/>
              </w:rPr>
              <w:t>カラーズ</w:t>
            </w:r>
          </w:p>
        </w:tc>
      </w:tr>
      <w:tr>
        <w:tc>
          <w:tcPr>
            <w:tcW w:type="dxa" w:w="1814"/>
            <w:vAlign w:val="center"/>
          </w:tcPr>
          <w:p>
            <w:pPr>
              <w:spacing w:after="0" w:before="0"/>
            </w:pPr>
            <w:r>
              <w:rPr>
                <w:rFonts w:ascii="Yu Mincho" w:hAnsi="Yu Mincho" w:eastAsia="Yu Mincho"/>
                <w:sz w:val="14"/>
              </w:rPr>
              <w:t>Xenakis Iannis</w:t>
            </w:r>
          </w:p>
        </w:tc>
        <w:tc>
          <w:tcPr>
            <w:tcW w:type="dxa" w:w="3175"/>
            <w:vAlign w:val="center"/>
          </w:tcPr>
          <w:p>
            <w:pPr>
              <w:spacing w:after="0" w:before="0"/>
            </w:pPr>
            <w:r>
              <w:rPr>
                <w:rFonts w:ascii="Yu Mincho" w:hAnsi="Yu Mincho" w:eastAsia="Yu Mincho"/>
                <w:sz w:val="14"/>
              </w:rPr>
              <w:t>Iannis Xenakis</w:t>
            </w:r>
          </w:p>
        </w:tc>
        <w:tc>
          <w:tcPr>
            <w:tcW w:type="dxa" w:w="1587"/>
            <w:vAlign w:val="center"/>
          </w:tcPr>
          <w:p>
            <w:pPr>
              <w:spacing w:after="0" w:before="0"/>
            </w:pPr>
            <w:r>
              <w:rPr>
                <w:rFonts w:ascii="Yu Mincho" w:hAnsi="Yu Mincho" w:eastAsia="Yu Mincho"/>
                <w:sz w:val="14"/>
              </w:rPr>
              <w:t>I. クセナキス</w:t>
            </w:r>
          </w:p>
        </w:tc>
        <w:tc>
          <w:tcPr>
            <w:tcW w:type="dxa" w:w="6066"/>
            <w:vAlign w:val="center"/>
          </w:tcPr>
          <w:p>
            <w:pPr>
              <w:spacing w:after="0" w:before="0"/>
            </w:pPr>
            <w:r>
              <w:rPr>
                <w:rFonts w:ascii="Yu Mincho" w:hAnsi="Yu Mincho" w:eastAsia="Yu Mincho"/>
                <w:sz w:val="14"/>
              </w:rPr>
              <w:t>Keren</w:t>
            </w:r>
          </w:p>
        </w:tc>
        <w:tc>
          <w:tcPr>
            <w:tcW w:type="dxa" w:w="2835"/>
            <w:vAlign w:val="center"/>
          </w:tcPr>
          <w:p>
            <w:pPr>
              <w:spacing w:after="0" w:before="0"/>
            </w:pPr>
            <w:r>
              <w:rPr>
                <w:rFonts w:ascii="Yu Mincho" w:hAnsi="Yu Mincho" w:eastAsia="Yu Mincho"/>
                <w:sz w:val="14"/>
              </w:rPr>
              <w:t>ケレン</w:t>
            </w:r>
          </w:p>
        </w:tc>
      </w:tr>
    </w:tbl>
    <w:p>
      <w:pPr>
        <w:pageBreakBefore/>
      </w:pPr>
      <w:r>
        <w:rPr>
          <w:b/>
          <w:sz w:val="26"/>
        </w:rPr>
        <w:t>運用メモ</w:t>
      </w:r>
    </w:p>
    <w:p>
      <w:pPr>
        <w:spacing w:after="80"/>
      </w:pPr>
      <w:r>
        <w:rPr>
          <w:sz w:val="18"/>
        </w:rPr>
        <w:t>1. 参加者には「この表からコピーして入力してください」と案内するのが安全です。特にロシア語キリル文字、フランス語アクセント記号、ハイフン、ダッシュ、作品番号で入力揺れが起きやすいためです。</w:t>
      </w:r>
    </w:p>
    <w:p>
      <w:pPr>
        <w:spacing w:after="80"/>
      </w:pPr>
      <w:r>
        <w:rPr>
          <w:sz w:val="18"/>
        </w:rPr>
        <w:t>2. 表の「作曲者入力例」「曲名入力例」を申込フォームの標準表記とし、必要に応じて「演奏楽章」欄を別に設けると、曲名と楽章指定の混在を避けられます。</w:t>
      </w:r>
    </w:p>
    <w:p>
      <w:pPr>
        <w:spacing w:after="80"/>
      </w:pPr>
      <w:r>
        <w:rPr>
          <w:sz w:val="18"/>
        </w:rPr>
        <w:t>3. 母国語表記第一の理由として、「原語の響き・発音に触れることは作品理解につながり、音楽そのものの捉え方にも影響する」というJATの教育的姿勢を示せます。</w:t>
      </w:r>
    </w:p>
    <w:p>
      <w:pPr>
        <w:spacing w:after="80"/>
      </w:pPr>
      <w:r>
        <w:rPr>
          <w:sz w:val="18"/>
        </w:rPr>
        <w:t>4. 非ラテン文字の作品は、原語表記を尊重しつつ、照合実務のためにスラッシュ後へ英語または欧文慣用表記を添えています。</w:t>
      </w:r>
    </w:p>
    <w:p>
      <w:pPr>
        <w:spacing w:after="80"/>
      </w:pPr>
      <w:r>
        <w:rPr>
          <w:sz w:val="18"/>
        </w:rPr>
        <w:t>5. 既存ページへ反映する際は、HTML上で文字化けを避けるため、ページ文字コードがUTF-8であることを確認してください。</w:t>
      </w:r>
    </w:p>
    <w:sectPr w:rsidR="00FC693F" w:rsidRPr="0006063C" w:rsidSect="00034616">
      <w:pgSz w:w="16838" w:h="11906" w:orient="landscape"/>
      <w:pgMar w:top="680" w:right="624" w:bottom="680"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Yu Mincho" w:hAnsi="Yu Mincho" w:eastAsia="Yu Mincho"/>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